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84385" w14:textId="77777777" w:rsidR="003762AA" w:rsidRDefault="00E911EA">
      <w:pPr>
        <w:spacing w:after="20"/>
        <w:jc w:val="center"/>
      </w:pPr>
      <w:r>
        <w:rPr>
          <w:noProof/>
        </w:rPr>
        <w:drawing>
          <wp:inline distT="0" distB="0" distL="0" distR="0" wp14:anchorId="742E4B8B" wp14:editId="2F151A98">
            <wp:extent cx="6192000" cy="1065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DCD2" w14:textId="77777777" w:rsidR="00034857" w:rsidRDefault="00034857" w:rsidP="00034857">
      <w:pPr>
        <w:jc w:val="center"/>
        <w:rPr>
          <w:b/>
          <w:bCs/>
          <w:color w:val="000000"/>
          <w:sz w:val="16"/>
          <w:lang w:val="it-IT"/>
        </w:rPr>
      </w:pPr>
    </w:p>
    <w:p w14:paraId="598DAD35" w14:textId="77777777" w:rsidR="00034857" w:rsidRDefault="00034857" w:rsidP="00034857">
      <w:pPr>
        <w:jc w:val="center"/>
        <w:rPr>
          <w:b/>
          <w:bCs/>
          <w:color w:val="000000"/>
          <w:sz w:val="16"/>
          <w:lang w:val="it-IT"/>
        </w:rPr>
      </w:pPr>
    </w:p>
    <w:p w14:paraId="6C5ADDEE" w14:textId="4D60731E" w:rsidR="00034857" w:rsidRPr="00034857" w:rsidRDefault="00034857" w:rsidP="00034857">
      <w:pPr>
        <w:jc w:val="center"/>
        <w:rPr>
          <w:b/>
          <w:bCs/>
          <w:color w:val="000000"/>
          <w:sz w:val="16"/>
          <w:lang w:val="it-IT"/>
        </w:rPr>
      </w:pPr>
      <w:r w:rsidRPr="00034857">
        <w:rPr>
          <w:b/>
          <w:noProof/>
          <w:color w:val="000000"/>
          <w:sz w:val="16"/>
          <w:lang w:val="it-IT"/>
        </w:rPr>
        <w:drawing>
          <wp:anchor distT="0" distB="0" distL="0" distR="0" simplePos="0" relativeHeight="251658240" behindDoc="0" locked="0" layoutInCell="1" allowOverlap="1" wp14:anchorId="41348843" wp14:editId="32E4691E">
            <wp:simplePos x="0" y="0"/>
            <wp:positionH relativeFrom="page">
              <wp:posOffset>747221</wp:posOffset>
            </wp:positionH>
            <wp:positionV relativeFrom="paragraph">
              <wp:posOffset>14055</wp:posOffset>
            </wp:positionV>
            <wp:extent cx="544195" cy="560705"/>
            <wp:effectExtent l="0" t="0" r="8255" b="0"/>
            <wp:wrapNone/>
            <wp:docPr id="1107902919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4857">
        <w:rPr>
          <w:b/>
          <w:bCs/>
          <w:color w:val="000000"/>
          <w:sz w:val="16"/>
          <w:lang w:val="it-IT"/>
        </w:rPr>
        <w:t>ISTITUTO OMNICOMPRENSIVO DEI MONTI MONTI</w:t>
      </w:r>
    </w:p>
    <w:p w14:paraId="7500E653" w14:textId="7F49CD93" w:rsidR="00034857" w:rsidRPr="00034857" w:rsidRDefault="00034857" w:rsidP="00034857">
      <w:pPr>
        <w:jc w:val="center"/>
        <w:rPr>
          <w:b/>
          <w:color w:val="000000"/>
          <w:sz w:val="16"/>
          <w:lang w:val="it-IT"/>
        </w:rPr>
      </w:pPr>
      <w:r w:rsidRPr="00034857">
        <w:rPr>
          <w:b/>
          <w:color w:val="000000"/>
          <w:sz w:val="16"/>
          <w:lang w:val="it-IT"/>
        </w:rPr>
        <w:t>Scuola Infanzia, Primaria e Secondaria di I Grado BOVINO - CASTELLUCCIO DEI SAURI – PANNI</w:t>
      </w:r>
    </w:p>
    <w:p w14:paraId="3E90E986" w14:textId="77777777" w:rsidR="00034857" w:rsidRPr="00034857" w:rsidRDefault="00034857" w:rsidP="00034857">
      <w:pPr>
        <w:jc w:val="center"/>
        <w:rPr>
          <w:b/>
          <w:color w:val="000000"/>
          <w:sz w:val="16"/>
          <w:lang w:val="it-IT"/>
        </w:rPr>
      </w:pPr>
      <w:r w:rsidRPr="00034857">
        <w:rPr>
          <w:b/>
          <w:color w:val="000000"/>
          <w:sz w:val="16"/>
          <w:lang w:val="it-IT"/>
        </w:rPr>
        <w:t>Istituto Istruzione Superiore di II Grado BOVINO – DELICETO</w:t>
      </w:r>
    </w:p>
    <w:p w14:paraId="585B9EC2" w14:textId="77777777" w:rsidR="00034857" w:rsidRPr="00034857" w:rsidRDefault="00034857" w:rsidP="00034857">
      <w:pPr>
        <w:jc w:val="center"/>
        <w:rPr>
          <w:b/>
          <w:color w:val="000000"/>
          <w:sz w:val="16"/>
          <w:lang w:val="it-IT"/>
        </w:rPr>
      </w:pPr>
      <w:r w:rsidRPr="00034857">
        <w:rPr>
          <w:b/>
          <w:i/>
          <w:color w:val="000000"/>
          <w:sz w:val="16"/>
          <w:lang w:val="it-IT"/>
        </w:rPr>
        <w:t xml:space="preserve">Via dei Mille n. 10 – 71023 BOVINO (FG) - </w:t>
      </w:r>
      <w:r w:rsidRPr="00034857">
        <w:rPr>
          <w:b/>
          <w:color w:val="000000"/>
          <w:sz w:val="16"/>
          <w:lang w:val="it-IT"/>
        </w:rPr>
        <w:t>C.F. 80031240718 - C.M. FGIC81600N</w:t>
      </w:r>
    </w:p>
    <w:p w14:paraId="6CB80373" w14:textId="77777777" w:rsidR="00034857" w:rsidRDefault="00034857" w:rsidP="00034857">
      <w:pPr>
        <w:jc w:val="center"/>
        <w:rPr>
          <w:b/>
          <w:color w:val="000000"/>
          <w:sz w:val="16"/>
        </w:rPr>
      </w:pPr>
      <w:r w:rsidRPr="00034857">
        <w:rPr>
          <w:b/>
          <w:noProof/>
          <w:color w:val="000000"/>
          <w:sz w:val="16"/>
          <w:lang w:val="it-IT"/>
        </w:rPr>
        <mc:AlternateContent>
          <mc:Choice Requires="wps">
            <w:drawing>
              <wp:inline distT="0" distB="0" distL="0" distR="0" wp14:anchorId="175C4F8E" wp14:editId="72018781">
                <wp:extent cx="6122035" cy="467905"/>
                <wp:effectExtent l="0" t="0" r="12065" b="27940"/>
                <wp:docPr id="69645553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2035" cy="4679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3CF011" w14:textId="77777777" w:rsidR="00034857" w:rsidRDefault="00034857" w:rsidP="00034857">
                            <w:pPr>
                              <w:spacing w:line="202" w:lineRule="exact"/>
                              <w:ind w:left="116" w:right="3"/>
                              <w:jc w:val="center"/>
                              <w:rPr>
                                <w:sz w:val="18"/>
                              </w:rPr>
                            </w:pPr>
                            <w:hyperlink r:id="rId10" w:history="1">
                              <w:r>
                                <w:rPr>
                                  <w:rStyle w:val="Collegamentoipertestuale"/>
                                  <w:sz w:val="18"/>
                                </w:rPr>
                                <w:t>www.omnicomprensivobovino.edu.it</w:t>
                              </w:r>
                            </w:hyperlink>
                            <w:r>
                              <w:rPr>
                                <w:color w:val="0000FF"/>
                                <w:spacing w:val="7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e-mail: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hyperlink r:id="rId11" w:history="1">
                              <w:r>
                                <w:rPr>
                                  <w:rStyle w:val="Collegamentoipertestuale"/>
                                  <w:color w:val="auto"/>
                                  <w:sz w:val="18"/>
                                  <w:u w:val="none"/>
                                </w:rPr>
                                <w:t>fgic81600n@istruzione.it</w:t>
                              </w:r>
                            </w:hyperlink>
                            <w:r>
                              <w:rPr>
                                <w:spacing w:val="58"/>
                                <w:w w:val="150"/>
                                <w:sz w:val="18"/>
                              </w:rPr>
                              <w:t xml:space="preserve"> </w:t>
                            </w:r>
                            <w:hyperlink r:id="rId12" w:history="1">
                              <w:r>
                                <w:rPr>
                                  <w:rStyle w:val="Collegamentoipertestuale"/>
                                  <w:color w:val="auto"/>
                                  <w:spacing w:val="-2"/>
                                  <w:sz w:val="18"/>
                                  <w:u w:val="none"/>
                                </w:rPr>
                                <w:t>fgic81600n@pec.istruzione.it</w:t>
                              </w:r>
                            </w:hyperlink>
                          </w:p>
                          <w:p w14:paraId="6CD2C19F" w14:textId="77777777" w:rsidR="00034857" w:rsidRDefault="00034857" w:rsidP="00034857">
                            <w:pPr>
                              <w:spacing w:line="207" w:lineRule="exact"/>
                              <w:ind w:left="1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Uff.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Amm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4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tel.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0881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912067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75C4F8E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width:482.0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" filled="f" strokeweight=".48pt">
                <v:path arrowok="t"/>
                <v:textbox inset="0,0,0,0">
                  <w:txbxContent>
                    <w:p w14:paraId="703CF011" w14:textId="77777777" w:rsidR="00034857" w:rsidRDefault="00034857" w:rsidP="00034857">
                      <w:pPr>
                        <w:spacing w:line="202" w:lineRule="exact"/>
                        <w:ind w:left="116" w:right="3"/>
                        <w:jc w:val="center"/>
                        <w:rPr>
                          <w:sz w:val="18"/>
                        </w:rPr>
                      </w:pPr>
                      <w:hyperlink r:id="rId13" w:history="1">
                        <w:r>
                          <w:rPr>
                            <w:rStyle w:val="Collegamentoipertestuale"/>
                            <w:sz w:val="18"/>
                          </w:rPr>
                          <w:t>www.omnicomprensivobovino.edu.it</w:t>
                        </w:r>
                      </w:hyperlink>
                      <w:r>
                        <w:rPr>
                          <w:color w:val="0000FF"/>
                          <w:spacing w:val="78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e-mail: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hyperlink r:id="rId14" w:history="1">
                        <w:r>
                          <w:rPr>
                            <w:rStyle w:val="Collegamentoipertestuale"/>
                            <w:color w:val="auto"/>
                            <w:sz w:val="18"/>
                            <w:u w:val="none"/>
                          </w:rPr>
                          <w:t>fgic81600n@istruzione.it</w:t>
                        </w:r>
                      </w:hyperlink>
                      <w:r>
                        <w:rPr>
                          <w:spacing w:val="58"/>
                          <w:w w:val="150"/>
                          <w:sz w:val="18"/>
                        </w:rPr>
                        <w:t xml:space="preserve"> </w:t>
                      </w:r>
                      <w:hyperlink r:id="rId15" w:history="1">
                        <w:r>
                          <w:rPr>
                            <w:rStyle w:val="Collegamentoipertestuale"/>
                            <w:color w:val="auto"/>
                            <w:spacing w:val="-2"/>
                            <w:sz w:val="18"/>
                            <w:u w:val="none"/>
                          </w:rPr>
                          <w:t>fgic81600n@pec.istruzione.it</w:t>
                        </w:r>
                      </w:hyperlink>
                    </w:p>
                    <w:p w14:paraId="6CD2C19F" w14:textId="77777777" w:rsidR="00034857" w:rsidRDefault="00034857" w:rsidP="00034857">
                      <w:pPr>
                        <w:spacing w:line="207" w:lineRule="exact"/>
                        <w:ind w:left="11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Uff.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Amm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4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tel.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0881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912067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562AFF" w14:textId="77777777" w:rsidR="00034857" w:rsidRDefault="00034857" w:rsidP="00034857">
      <w:pPr>
        <w:jc w:val="center"/>
        <w:rPr>
          <w:b/>
          <w:color w:val="000000"/>
          <w:sz w:val="16"/>
        </w:rPr>
      </w:pPr>
    </w:p>
    <w:p w14:paraId="57A514F7" w14:textId="01D9BDE2" w:rsidR="003762AA" w:rsidRDefault="00E911EA" w:rsidP="00034857">
      <w:pPr>
        <w:jc w:val="center"/>
      </w:pPr>
      <w:r>
        <w:rPr>
          <w:b/>
          <w:color w:val="000000"/>
          <w:sz w:val="16"/>
        </w:rPr>
        <w:t>Fondi Strutturali Europei - Programma Nazionale Scuola e competenze 2021-2027 - Fondo sociale europeo plus FSE+ - Priorità 01 - Obiettivo specifico ESO4.6 - Azione ESO4.</w:t>
      </w:r>
      <w:proofErr w:type="gramStart"/>
      <w:r>
        <w:rPr>
          <w:b/>
          <w:color w:val="000000"/>
          <w:sz w:val="16"/>
        </w:rPr>
        <w:t>6.A</w:t>
      </w:r>
      <w:proofErr w:type="gramEnd"/>
      <w:r>
        <w:rPr>
          <w:b/>
          <w:color w:val="000000"/>
          <w:sz w:val="16"/>
        </w:rPr>
        <w:t>4 - Sottoazione ESO4.</w:t>
      </w:r>
      <w:proofErr w:type="gramStart"/>
      <w:r>
        <w:rPr>
          <w:b/>
          <w:color w:val="000000"/>
          <w:sz w:val="16"/>
        </w:rPr>
        <w:t>6.A4.A</w:t>
      </w:r>
      <w:proofErr w:type="gramEnd"/>
      <w:r>
        <w:rPr>
          <w:b/>
          <w:color w:val="000000"/>
          <w:sz w:val="16"/>
        </w:rPr>
        <w:t xml:space="preserve"> - Avviso pubblico prot. n. 112894 dell'11 maggio 2026</w:t>
      </w:r>
    </w:p>
    <w:p w14:paraId="73223413" w14:textId="77777777" w:rsidR="003762AA" w:rsidRDefault="00E911EA">
      <w:pPr>
        <w:spacing w:after="20"/>
        <w:jc w:val="center"/>
      </w:pPr>
      <w:r>
        <w:rPr>
          <w:b/>
          <w:color w:val="000000"/>
          <w:sz w:val="18"/>
        </w:rPr>
        <w:t>CUP I84D26003100007   Codice progetto ESO4.</w:t>
      </w:r>
      <w:proofErr w:type="gramStart"/>
      <w:r>
        <w:rPr>
          <w:b/>
          <w:color w:val="000000"/>
          <w:sz w:val="18"/>
        </w:rPr>
        <w:t>6.A4.A</w:t>
      </w:r>
      <w:proofErr w:type="gramEnd"/>
      <w:r>
        <w:rPr>
          <w:b/>
          <w:color w:val="000000"/>
          <w:sz w:val="18"/>
        </w:rPr>
        <w:t>-FSEPN-PU-2026-762   Titolo progetto Crescere Insieme</w:t>
      </w:r>
    </w:p>
    <w:p w14:paraId="50092830" w14:textId="77777777" w:rsidR="00034857" w:rsidRDefault="00034857">
      <w:pPr>
        <w:pStyle w:val="Titolo"/>
        <w:jc w:val="center"/>
        <w:rPr>
          <w:rFonts w:ascii="Arial" w:hAnsi="Arial"/>
        </w:rPr>
      </w:pPr>
    </w:p>
    <w:p w14:paraId="0234AFC6" w14:textId="06349C52" w:rsidR="003762AA" w:rsidRDefault="00034857">
      <w:pPr>
        <w:pStyle w:val="Titolo"/>
        <w:jc w:val="center"/>
      </w:pPr>
      <w:r>
        <w:rPr>
          <w:rFonts w:ascii="Arial" w:hAnsi="Arial"/>
        </w:rPr>
        <w:t>Modulo</w:t>
      </w:r>
      <w:r w:rsidR="00E911EA">
        <w:rPr>
          <w:rFonts w:ascii="Arial" w:hAnsi="Arial"/>
        </w:rPr>
        <w:t xml:space="preserve"> C Dichiarazione di incompatibilità e conflitto di interessi</w:t>
      </w:r>
    </w:p>
    <w:p w14:paraId="3A47DD93" w14:textId="77777777" w:rsidR="003762AA" w:rsidRDefault="00E911EA">
      <w:pPr>
        <w:spacing w:after="40"/>
      </w:pPr>
      <w:r>
        <w:rPr>
          <w:color w:val="000000"/>
          <w:sz w:val="20"/>
        </w:rPr>
        <w:t>Il/La sottoscritto/a ........................................................................</w:t>
      </w:r>
    </w:p>
    <w:p w14:paraId="720C3568" w14:textId="77777777" w:rsidR="003762AA" w:rsidRDefault="00E911EA">
      <w:pPr>
        <w:spacing w:after="40"/>
      </w:pPr>
      <w:r>
        <w:rPr>
          <w:color w:val="000000"/>
          <w:sz w:val="20"/>
        </w:rPr>
        <w:t>nato/a a ........................................................................</w:t>
      </w:r>
    </w:p>
    <w:p w14:paraId="5969C1ED" w14:textId="77777777" w:rsidR="003762AA" w:rsidRDefault="00E911EA">
      <w:pPr>
        <w:spacing w:after="40"/>
      </w:pPr>
      <w:r>
        <w:rPr>
          <w:color w:val="000000"/>
          <w:sz w:val="20"/>
        </w:rPr>
        <w:t>il ........................................................................</w:t>
      </w:r>
    </w:p>
    <w:p w14:paraId="494197B5" w14:textId="77777777" w:rsidR="003762AA" w:rsidRDefault="00E911EA">
      <w:pPr>
        <w:spacing w:after="40"/>
      </w:pPr>
      <w:r>
        <w:rPr>
          <w:color w:val="000000"/>
          <w:sz w:val="20"/>
        </w:rPr>
        <w:t>codice fiscale ........................................................................</w:t>
      </w:r>
    </w:p>
    <w:p w14:paraId="7465E932" w14:textId="77777777" w:rsidR="003762AA" w:rsidRDefault="00E911EA">
      <w:pPr>
        <w:spacing w:after="40"/>
      </w:pPr>
      <w:r>
        <w:rPr>
          <w:color w:val="000000"/>
          <w:sz w:val="20"/>
        </w:rPr>
        <w:t>in relazione alla candidatura per la figura di ........................................................................</w:t>
      </w:r>
    </w:p>
    <w:p w14:paraId="04B01954" w14:textId="77777777" w:rsidR="003762AA" w:rsidRDefault="00E911EA">
      <w:pPr>
        <w:spacing w:after="40"/>
      </w:pPr>
      <w:r>
        <w:rPr>
          <w:color w:val="000000"/>
          <w:sz w:val="20"/>
        </w:rPr>
        <w:t>modulo n. e titolo ........................................................................</w:t>
      </w:r>
    </w:p>
    <w:p w14:paraId="72C87039" w14:textId="77777777" w:rsidR="003762AA" w:rsidRDefault="00E911EA">
      <w:pPr>
        <w:jc w:val="both"/>
      </w:pPr>
      <w:r>
        <w:t>consapevole delle responsabilità e delle sanzioni previste dalla legge in caso di dichiarazioni mendaci,</w:t>
      </w:r>
    </w:p>
    <w:p w14:paraId="0E862A34" w14:textId="77777777" w:rsidR="003762AA" w:rsidRDefault="00E911EA">
      <w:pPr>
        <w:jc w:val="center"/>
      </w:pPr>
      <w:r>
        <w:rPr>
          <w:b/>
          <w:color w:val="000000"/>
          <w:sz w:val="24"/>
        </w:rPr>
        <w:t>DICHIARA</w:t>
      </w:r>
    </w:p>
    <w:p w14:paraId="4C0DCB28" w14:textId="77777777" w:rsidR="003762AA" w:rsidRDefault="00E911EA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non trovarsi in alcuna situazione di incompatibilità prevista dalla normativa vigente o dall’avviso;</w:t>
      </w:r>
    </w:p>
    <w:p w14:paraId="48379532" w14:textId="77777777" w:rsidR="003762AA" w:rsidRDefault="00E911EA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non trovarsi in situazione di conflitto di interessi, anche potenziale, con l’Istituzione scolastica o con i soggetti coinvolti nella procedura;</w:t>
      </w:r>
    </w:p>
    <w:p w14:paraId="17638CF0" w14:textId="77777777" w:rsidR="003762AA" w:rsidRDefault="00E911EA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non avere interessi finanziari, professionali o personali tali da compromettere l’imparzialità nello svolgimento dell’incarico;</w:t>
      </w:r>
    </w:p>
    <w:p w14:paraId="61228AA2" w14:textId="77777777" w:rsidR="003762AA" w:rsidRDefault="00E911EA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che l’incarico non coinvolge interessi propri o di parenti, affini entro il secondo grado, coniuge, conviventi o soggetti con i quali sussistano rapporti tali da compromettere l’imparzialità;</w:t>
      </w:r>
    </w:p>
    <w:p w14:paraId="052D5294" w14:textId="77777777" w:rsidR="003762AA" w:rsidRDefault="00E911EA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non avere riportato condanne o essere destinatario di provvedimenti incompatibili con il rapporto con una pubblica amministrazione;</w:t>
      </w:r>
    </w:p>
    <w:p w14:paraId="36C5B68E" w14:textId="77777777" w:rsidR="003762AA" w:rsidRDefault="00E911EA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impegnarsi a comunicare immediatamente ogni situazione sopravvenuta di incompatibilità o conflitto di interessi;</w:t>
      </w:r>
    </w:p>
    <w:p w14:paraId="59F947AA" w14:textId="77777777" w:rsidR="003762AA" w:rsidRDefault="00E911EA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se dipendente pubblico, di impegnarsi ad acquisire e produrre l’autorizzazione dell’amministrazione di appartenenza quando prescritta;</w:t>
      </w:r>
    </w:p>
    <w:p w14:paraId="4B3F3C0B" w14:textId="77777777" w:rsidR="003762AA" w:rsidRDefault="00E911EA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aver preso visione del Codice di comportamento dei dipendenti pubblici e di impegnarsi a rispettarne gli obblighi applicabili;</w:t>
      </w:r>
    </w:p>
    <w:p w14:paraId="53EF526E" w14:textId="77777777" w:rsidR="003762AA" w:rsidRDefault="00E911EA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essere informato/a sul trattamento dei dati personali ai sensi del Regolamento (UE) 2016/679 e del d.lgs. 196/2003.</w:t>
      </w:r>
    </w:p>
    <w:p w14:paraId="56AFA9AD" w14:textId="77777777" w:rsidR="00F85EF6" w:rsidRDefault="00F85EF6">
      <w:pPr>
        <w:rPr>
          <w:b/>
          <w:color w:val="000000"/>
        </w:rPr>
      </w:pPr>
    </w:p>
    <w:p w14:paraId="1F3A1709" w14:textId="3E517985" w:rsidR="003762AA" w:rsidRDefault="00E911EA">
      <w:r>
        <w:rPr>
          <w:b/>
          <w:color w:val="000000"/>
        </w:rPr>
        <w:t>Eventuali situazioni da dichiarare o chiarire:</w:t>
      </w:r>
    </w:p>
    <w:p w14:paraId="12927C47" w14:textId="77777777" w:rsidR="003762AA" w:rsidRDefault="00E911EA">
      <w:pPr>
        <w:spacing w:after="40"/>
      </w:pPr>
      <w:r>
        <w:rPr>
          <w:color w:val="000000"/>
          <w:sz w:val="20"/>
        </w:rPr>
        <w:t xml:space="preserve"> ..............................................................................................................</w:t>
      </w:r>
    </w:p>
    <w:p w14:paraId="123151E4" w14:textId="661F4181" w:rsidR="003762AA" w:rsidRDefault="00E911EA">
      <w:pPr>
        <w:spacing w:after="40"/>
      </w:pPr>
      <w:r>
        <w:rPr>
          <w:color w:val="000000"/>
          <w:sz w:val="20"/>
        </w:rPr>
        <w:t>..............................................................................................................</w:t>
      </w:r>
    </w:p>
    <w:p w14:paraId="02B6EA91" w14:textId="77777777" w:rsidR="00F85EF6" w:rsidRDefault="00F85EF6">
      <w:pPr>
        <w:spacing w:before="100"/>
        <w:rPr>
          <w:color w:val="000000"/>
          <w:sz w:val="20"/>
        </w:rPr>
      </w:pPr>
    </w:p>
    <w:p w14:paraId="091F5DBD" w14:textId="5820F07E" w:rsidR="003762AA" w:rsidRDefault="00E911EA">
      <w:pPr>
        <w:spacing w:before="100"/>
      </w:pPr>
      <w:r>
        <w:rPr>
          <w:color w:val="000000"/>
          <w:sz w:val="20"/>
        </w:rPr>
        <w:t>Luogo e data ........................................................        Firma ........................................................</w:t>
      </w:r>
    </w:p>
    <w:sectPr w:rsidR="003762AA" w:rsidSect="00034616">
      <w:footerReference w:type="default" r:id="rId16"/>
      <w:pgSz w:w="11906" w:h="16838"/>
      <w:pgMar w:top="709" w:right="907" w:bottom="709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036D9" w14:textId="77777777" w:rsidR="00BF5AFD" w:rsidRDefault="00BF5AFD">
      <w:pPr>
        <w:spacing w:after="0" w:line="240" w:lineRule="auto"/>
      </w:pPr>
      <w:r>
        <w:separator/>
      </w:r>
    </w:p>
  </w:endnote>
  <w:endnote w:type="continuationSeparator" w:id="0">
    <w:p w14:paraId="2FCCFBA3" w14:textId="77777777" w:rsidR="00BF5AFD" w:rsidRDefault="00BF5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0A4EA" w14:textId="2F25091A" w:rsidR="003762AA" w:rsidRDefault="00E911EA">
    <w:pPr>
      <w:pStyle w:val="Pidipagina"/>
      <w:jc w:val="center"/>
    </w:pPr>
    <w:r>
      <w:rPr>
        <w:color w:val="000000"/>
        <w:sz w:val="16"/>
      </w:rPr>
      <w:t xml:space="preserve">Crescere Insieme | CUP I84D26003100007 | Pagina </w:t>
    </w:r>
    <w:r>
      <w:rPr>
        <w:color w:val="000000"/>
        <w:sz w:val="16"/>
      </w:rPr>
      <w:fldChar w:fldCharType="begin"/>
    </w:r>
    <w:r>
      <w:rPr>
        <w:color w:val="000000"/>
        <w:sz w:val="16"/>
      </w:rPr>
      <w:instrText xml:space="preserve"> PAGE </w:instrText>
    </w:r>
    <w:r>
      <w:rPr>
        <w:color w:val="000000"/>
        <w:sz w:val="16"/>
      </w:rPr>
      <w:fldChar w:fldCharType="separate"/>
    </w:r>
    <w:r w:rsidR="00034857">
      <w:rPr>
        <w:noProof/>
        <w:color w:val="000000"/>
        <w:sz w:val="16"/>
      </w:rPr>
      <w:t>1</w:t>
    </w:r>
    <w:r>
      <w:rPr>
        <w:color w:val="00000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7EFA5" w14:textId="77777777" w:rsidR="00BF5AFD" w:rsidRDefault="00BF5AFD">
      <w:pPr>
        <w:spacing w:after="0" w:line="240" w:lineRule="auto"/>
      </w:pPr>
      <w:r>
        <w:separator/>
      </w:r>
    </w:p>
  </w:footnote>
  <w:footnote w:type="continuationSeparator" w:id="0">
    <w:p w14:paraId="33117A24" w14:textId="77777777" w:rsidR="00BF5AFD" w:rsidRDefault="00BF5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8278321">
    <w:abstractNumId w:val="8"/>
  </w:num>
  <w:num w:numId="2" w16cid:durableId="153380822">
    <w:abstractNumId w:val="6"/>
  </w:num>
  <w:num w:numId="3" w16cid:durableId="885264778">
    <w:abstractNumId w:val="5"/>
  </w:num>
  <w:num w:numId="4" w16cid:durableId="1297445859">
    <w:abstractNumId w:val="4"/>
  </w:num>
  <w:num w:numId="5" w16cid:durableId="1786191933">
    <w:abstractNumId w:val="7"/>
  </w:num>
  <w:num w:numId="6" w16cid:durableId="1195192323">
    <w:abstractNumId w:val="3"/>
  </w:num>
  <w:num w:numId="7" w16cid:durableId="1658418483">
    <w:abstractNumId w:val="2"/>
  </w:num>
  <w:num w:numId="8" w16cid:durableId="1176305933">
    <w:abstractNumId w:val="1"/>
  </w:num>
  <w:num w:numId="9" w16cid:durableId="1305357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BB7"/>
    <w:rsid w:val="00034616"/>
    <w:rsid w:val="00034857"/>
    <w:rsid w:val="0006063C"/>
    <w:rsid w:val="0015074B"/>
    <w:rsid w:val="0029639D"/>
    <w:rsid w:val="00326F90"/>
    <w:rsid w:val="003762AA"/>
    <w:rsid w:val="0044049B"/>
    <w:rsid w:val="007D1444"/>
    <w:rsid w:val="00AA1D8D"/>
    <w:rsid w:val="00B47730"/>
    <w:rsid w:val="00BF5AFD"/>
    <w:rsid w:val="00CB0664"/>
    <w:rsid w:val="00E911EA"/>
    <w:rsid w:val="00F85E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C822BCA9-BBEB-4E08-B081-B46713BE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47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0348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mnicomprensivobovino.edu.it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gic81600n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gic81600n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gic81600n@pec.istruzione.it" TargetMode="External"/><Relationship Id="rId10" Type="http://schemas.openxmlformats.org/officeDocument/2006/relationships/hyperlink" Target="http://www.omnicomprensivobovino.edu.i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fgic81600n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 Dichiarazione di incompatibilità</dc:title>
  <dc:subject/>
  <dc:creator>Istituto Omnicomprensivo dei Monti Dauni</dc:creator>
  <cp:keywords/>
  <dc:description>generated by python-docx</dc:description>
  <cp:lastModifiedBy>DSGA</cp:lastModifiedBy>
  <cp:revision>2</cp:revision>
  <dcterms:created xsi:type="dcterms:W3CDTF">2026-09-24T10:14:00Z</dcterms:created>
  <dcterms:modified xsi:type="dcterms:W3CDTF">2026-09-24T10:14:00Z</dcterms:modified>
  <cp:category/>
</cp:coreProperties>
</file>