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2C09" w14:textId="77777777" w:rsidR="00EB61E6" w:rsidRDefault="005D5A99">
      <w:pPr>
        <w:spacing w:after="0"/>
        <w:jc w:val="center"/>
      </w:pPr>
      <w:r>
        <w:rPr>
          <w:noProof/>
        </w:rPr>
        <w:drawing>
          <wp:inline distT="0" distB="0" distL="0" distR="0" wp14:anchorId="6CB80C6D" wp14:editId="6BC1AF1A">
            <wp:extent cx="6228000" cy="1071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107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B3485" w14:textId="77777777" w:rsidR="00F67468" w:rsidRDefault="00F67468" w:rsidP="00F67468">
      <w:pPr>
        <w:pStyle w:val="Titolo"/>
        <w:spacing w:after="40"/>
        <w:jc w:val="center"/>
        <w:rPr>
          <w:b/>
          <w:bCs/>
          <w:sz w:val="20"/>
          <w:lang w:val="it-IT"/>
        </w:rPr>
      </w:pPr>
    </w:p>
    <w:p w14:paraId="1AEF257F" w14:textId="77777777" w:rsidR="00F67468" w:rsidRDefault="00F67468" w:rsidP="00F67468">
      <w:pPr>
        <w:pStyle w:val="Titolo"/>
        <w:spacing w:after="40"/>
        <w:jc w:val="center"/>
        <w:rPr>
          <w:b/>
          <w:bCs/>
          <w:sz w:val="20"/>
          <w:lang w:val="it-IT"/>
        </w:rPr>
      </w:pPr>
    </w:p>
    <w:p w14:paraId="7B120E3D" w14:textId="2E647948" w:rsidR="00F67468" w:rsidRDefault="005C1DC9" w:rsidP="00F67468">
      <w:pPr>
        <w:pStyle w:val="Titolo"/>
        <w:spacing w:after="40"/>
        <w:jc w:val="center"/>
        <w:rPr>
          <w:b/>
          <w:bCs/>
          <w:sz w:val="20"/>
          <w:lang w:val="it-IT"/>
        </w:rPr>
      </w:pPr>
      <w:r w:rsidRPr="00F67468">
        <w:rPr>
          <w:b/>
          <w:noProof/>
          <w:sz w:val="20"/>
          <w:lang w:val="it-IT"/>
        </w:rPr>
        <w:drawing>
          <wp:anchor distT="0" distB="0" distL="0" distR="0" simplePos="0" relativeHeight="251659264" behindDoc="0" locked="0" layoutInCell="1" allowOverlap="1" wp14:anchorId="12CC0096" wp14:editId="0142CD66">
            <wp:simplePos x="0" y="0"/>
            <wp:positionH relativeFrom="page">
              <wp:posOffset>527050</wp:posOffset>
            </wp:positionH>
            <wp:positionV relativeFrom="paragraph">
              <wp:posOffset>10795</wp:posOffset>
            </wp:positionV>
            <wp:extent cx="544195" cy="560705"/>
            <wp:effectExtent l="0" t="0" r="8255" b="0"/>
            <wp:wrapNone/>
            <wp:docPr id="413239943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86198" w14:textId="637E305B" w:rsidR="00F67468" w:rsidRPr="00F67468" w:rsidRDefault="00F67468" w:rsidP="00F67468">
      <w:pPr>
        <w:pStyle w:val="Titolo"/>
        <w:spacing w:after="40"/>
        <w:jc w:val="center"/>
        <w:rPr>
          <w:b/>
          <w:bCs/>
          <w:sz w:val="20"/>
          <w:lang w:val="it-IT"/>
        </w:rPr>
      </w:pPr>
      <w:r w:rsidRPr="00F67468">
        <w:rPr>
          <w:b/>
          <w:bCs/>
          <w:sz w:val="20"/>
          <w:lang w:val="it-IT"/>
        </w:rPr>
        <w:t>ISTITUTO OMNICOMPRENSIVO DEI MONTI MONTI</w:t>
      </w:r>
    </w:p>
    <w:p w14:paraId="4584BA9E" w14:textId="4F87F8E6" w:rsidR="00F67468" w:rsidRPr="00F67468" w:rsidRDefault="00F67468" w:rsidP="00F67468">
      <w:pPr>
        <w:pStyle w:val="Titolo"/>
        <w:spacing w:after="40"/>
        <w:jc w:val="center"/>
        <w:rPr>
          <w:b/>
          <w:sz w:val="20"/>
          <w:lang w:val="it-IT"/>
        </w:rPr>
      </w:pPr>
      <w:r w:rsidRPr="00F67468">
        <w:rPr>
          <w:b/>
          <w:sz w:val="20"/>
          <w:lang w:val="it-IT"/>
        </w:rPr>
        <w:t>Scuola Infanzia, Primaria e Secondaria di I Grado BOVINO - CASTELLUCCIO DEI SAURI – PANNI</w:t>
      </w:r>
    </w:p>
    <w:p w14:paraId="0FF8144C" w14:textId="77777777" w:rsidR="00F67468" w:rsidRPr="00F67468" w:rsidRDefault="00F67468" w:rsidP="00F67468">
      <w:pPr>
        <w:pStyle w:val="Titolo"/>
        <w:spacing w:after="40"/>
        <w:jc w:val="center"/>
        <w:rPr>
          <w:b/>
          <w:sz w:val="20"/>
          <w:lang w:val="it-IT"/>
        </w:rPr>
      </w:pPr>
      <w:r w:rsidRPr="00F67468">
        <w:rPr>
          <w:b/>
          <w:sz w:val="20"/>
          <w:lang w:val="it-IT"/>
        </w:rPr>
        <w:t>Istituto Istruzione Superiore di II Grado BOVINO – DELICETO</w:t>
      </w:r>
    </w:p>
    <w:p w14:paraId="3B2F535E" w14:textId="77777777" w:rsidR="00F67468" w:rsidRPr="00F67468" w:rsidRDefault="00F67468" w:rsidP="00F67468">
      <w:pPr>
        <w:pStyle w:val="Titolo"/>
        <w:spacing w:after="40"/>
        <w:jc w:val="center"/>
        <w:rPr>
          <w:b/>
          <w:sz w:val="20"/>
          <w:lang w:val="it-IT"/>
        </w:rPr>
      </w:pPr>
      <w:r w:rsidRPr="00F67468">
        <w:rPr>
          <w:b/>
          <w:i/>
          <w:sz w:val="20"/>
          <w:lang w:val="it-IT"/>
        </w:rPr>
        <w:t xml:space="preserve">Via dei Mille n. 10 – 71023 BOVINO (FG) - </w:t>
      </w:r>
      <w:r w:rsidRPr="00F67468">
        <w:rPr>
          <w:b/>
          <w:sz w:val="20"/>
          <w:lang w:val="it-IT"/>
        </w:rPr>
        <w:t>C.F. 80031240718 - C.M. FGIC81600N</w:t>
      </w:r>
    </w:p>
    <w:p w14:paraId="14833DB4" w14:textId="35124998" w:rsidR="00F67468" w:rsidRDefault="00F67468" w:rsidP="00F67468">
      <w:pPr>
        <w:pStyle w:val="Titolo"/>
        <w:spacing w:after="40"/>
        <w:jc w:val="center"/>
        <w:rPr>
          <w:rFonts w:ascii="Arial" w:hAnsi="Arial"/>
          <w:b/>
          <w:sz w:val="24"/>
        </w:rPr>
      </w:pPr>
      <w:r w:rsidRPr="00F67468">
        <w:rPr>
          <w:rFonts w:ascii="Arial" w:eastAsiaTheme="minorEastAsia" w:hAnsi="Arial" w:cstheme="minorBidi"/>
          <w:b/>
          <w:noProof/>
          <w:spacing w:val="0"/>
          <w:kern w:val="0"/>
          <w:sz w:val="20"/>
          <w:szCs w:val="22"/>
          <w:lang w:val="it-IT"/>
        </w:rPr>
        <mc:AlternateContent>
          <mc:Choice Requires="wps">
            <w:drawing>
              <wp:inline distT="0" distB="0" distL="0" distR="0" wp14:anchorId="373F3529" wp14:editId="534FBCFE">
                <wp:extent cx="6122035" cy="269875"/>
                <wp:effectExtent l="9525" t="9525" r="12065" b="6350"/>
                <wp:docPr id="502991047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2035" cy="2698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CF7218" w14:textId="77777777" w:rsidR="00F67468" w:rsidRDefault="00F67468" w:rsidP="00F67468">
                            <w:pPr>
                              <w:spacing w:line="202" w:lineRule="exact"/>
                              <w:ind w:left="116" w:right="3"/>
                              <w:jc w:val="center"/>
                            </w:pPr>
                            <w:hyperlink r:id="rId10" w:history="1">
                              <w:r>
                                <w:rPr>
                                  <w:rStyle w:val="Collegamentoipertestuale"/>
                                </w:rPr>
                                <w:t>www.omnicomprensivobovino.edu.it</w:t>
                              </w:r>
                            </w:hyperlink>
                            <w:r>
                              <w:rPr>
                                <w:color w:val="0000FF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e-mail: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hyperlink r:id="rId11" w:history="1">
                              <w:r>
                                <w:rPr>
                                  <w:rStyle w:val="Collegamentoipertestuale"/>
                                  <w:color w:val="auto"/>
                                  <w:u w:val="none"/>
                                </w:rPr>
                                <w:t>fgic81600n@istruzione.it</w:t>
                              </w:r>
                            </w:hyperlink>
                            <w:r>
                              <w:rPr>
                                <w:spacing w:val="58"/>
                                <w:w w:val="150"/>
                              </w:rPr>
                              <w:t xml:space="preserve"> </w:t>
                            </w:r>
                            <w:hyperlink r:id="rId12" w:history="1">
                              <w:r>
                                <w:rPr>
                                  <w:rStyle w:val="Collegamentoipertestuale"/>
                                  <w:color w:val="auto"/>
                                  <w:spacing w:val="-2"/>
                                  <w:u w:val="none"/>
                                </w:rPr>
                                <w:t>fgic81600n@pec.istruzione.it</w:t>
                              </w:r>
                            </w:hyperlink>
                          </w:p>
                          <w:p w14:paraId="0658F4EA" w14:textId="77777777" w:rsidR="00F67468" w:rsidRDefault="00F67468" w:rsidP="00F67468">
                            <w:pPr>
                              <w:spacing w:line="207" w:lineRule="exact"/>
                              <w:ind w:left="116"/>
                              <w:jc w:val="center"/>
                            </w:pPr>
                            <w:r>
                              <w:rPr>
                                <w:i/>
                              </w:rPr>
                              <w:t>Uff.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Amm</w:t>
                            </w:r>
                            <w:r>
                              <w:t>.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tel.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0881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912067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3F352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482.05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" filled="f" strokeweight=".48pt">
                <v:path arrowok="t"/>
                <v:textbox inset="0,0,0,0">
                  <w:txbxContent>
                    <w:p w14:paraId="59CF7218" w14:textId="77777777" w:rsidR="00F67468" w:rsidRDefault="00F67468" w:rsidP="00F67468">
                      <w:pPr>
                        <w:spacing w:line="202" w:lineRule="exact"/>
                        <w:ind w:left="116" w:right="3"/>
                        <w:jc w:val="center"/>
                      </w:pPr>
                      <w:hyperlink r:id="rId13" w:history="1">
                        <w:r>
                          <w:rPr>
                            <w:rStyle w:val="Collegamentoipertestuale"/>
                          </w:rPr>
                          <w:t>www.omnicomprensivobovino.edu.it</w:t>
                        </w:r>
                      </w:hyperlink>
                      <w:r>
                        <w:rPr>
                          <w:color w:val="0000FF"/>
                          <w:spacing w:val="7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e-mail: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hyperlink r:id="rId14" w:history="1">
                        <w:r>
                          <w:rPr>
                            <w:rStyle w:val="Collegamentoipertestuale"/>
                            <w:color w:val="auto"/>
                            <w:u w:val="none"/>
                          </w:rPr>
                          <w:t>fgic81600n@istruzione.it</w:t>
                        </w:r>
                      </w:hyperlink>
                      <w:r>
                        <w:rPr>
                          <w:spacing w:val="58"/>
                          <w:w w:val="150"/>
                        </w:rPr>
                        <w:t xml:space="preserve"> </w:t>
                      </w:r>
                      <w:hyperlink r:id="rId15" w:history="1">
                        <w:r>
                          <w:rPr>
                            <w:rStyle w:val="Collegamentoipertestuale"/>
                            <w:color w:val="auto"/>
                            <w:spacing w:val="-2"/>
                            <w:u w:val="none"/>
                          </w:rPr>
                          <w:t>fgic81600n@pec.istruzione.it</w:t>
                        </w:r>
                      </w:hyperlink>
                    </w:p>
                    <w:p w14:paraId="0658F4EA" w14:textId="77777777" w:rsidR="00F67468" w:rsidRDefault="00F67468" w:rsidP="00F67468">
                      <w:pPr>
                        <w:spacing w:line="207" w:lineRule="exact"/>
                        <w:ind w:left="116"/>
                        <w:jc w:val="center"/>
                      </w:pPr>
                      <w:r>
                        <w:rPr>
                          <w:i/>
                        </w:rPr>
                        <w:t>Uff.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Amm</w:t>
                      </w:r>
                      <w:r>
                        <w:t>.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tel.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0881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912067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01EB7A" w14:textId="77777777" w:rsidR="00F67468" w:rsidRDefault="00F67468">
      <w:pPr>
        <w:pStyle w:val="Titolo"/>
        <w:spacing w:after="40"/>
        <w:jc w:val="center"/>
        <w:rPr>
          <w:rFonts w:ascii="Arial" w:hAnsi="Arial"/>
          <w:b/>
          <w:sz w:val="24"/>
        </w:rPr>
      </w:pPr>
    </w:p>
    <w:p w14:paraId="52258EFF" w14:textId="77777777" w:rsidR="005C1DC9" w:rsidRDefault="005C1DC9">
      <w:pPr>
        <w:pStyle w:val="Titolo"/>
        <w:spacing w:after="40"/>
        <w:jc w:val="center"/>
        <w:rPr>
          <w:rFonts w:ascii="Arial" w:hAnsi="Arial"/>
          <w:b/>
          <w:sz w:val="24"/>
        </w:rPr>
      </w:pPr>
    </w:p>
    <w:p w14:paraId="64CB5CFF" w14:textId="7D460CDC" w:rsidR="00EB61E6" w:rsidRDefault="009E16AC">
      <w:pPr>
        <w:pStyle w:val="Titolo"/>
        <w:spacing w:after="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MODULO</w:t>
      </w:r>
      <w:r w:rsidR="005C1DC9">
        <w:rPr>
          <w:rFonts w:ascii="Arial" w:hAnsi="Arial"/>
          <w:b/>
          <w:sz w:val="24"/>
        </w:rPr>
        <w:t xml:space="preserve"> B SCHEDA DI VALUTAZIONE ESPERTO</w:t>
      </w:r>
    </w:p>
    <w:p w14:paraId="10044F26" w14:textId="77777777" w:rsidR="005C1DC9" w:rsidRPr="005C1DC9" w:rsidRDefault="005C1DC9" w:rsidP="005C1DC9"/>
    <w:p w14:paraId="68BB8863" w14:textId="77777777" w:rsidR="00EB61E6" w:rsidRDefault="005D5A99">
      <w:pPr>
        <w:spacing w:after="0"/>
      </w:pPr>
      <w:r>
        <w:rPr>
          <w:color w:val="000000"/>
          <w:sz w:val="16"/>
        </w:rPr>
        <w:t>Candidato/a .......................................................</w:t>
      </w:r>
    </w:p>
    <w:p w14:paraId="7D6C316D" w14:textId="77777777" w:rsidR="00EB61E6" w:rsidRDefault="005D5A99">
      <w:pPr>
        <w:spacing w:after="0"/>
      </w:pPr>
      <w:r>
        <w:rPr>
          <w:color w:val="000000"/>
          <w:sz w:val="16"/>
        </w:rPr>
        <w:t>Modulo n. e titolo .......................................................</w:t>
      </w:r>
    </w:p>
    <w:p w14:paraId="3AB11F47" w14:textId="77777777" w:rsidR="00EB61E6" w:rsidRDefault="005D5A99">
      <w:pPr>
        <w:jc w:val="both"/>
        <w:rPr>
          <w:color w:val="000000"/>
          <w:sz w:val="15"/>
        </w:rPr>
      </w:pPr>
      <w:r>
        <w:rPr>
          <w:color w:val="000000"/>
          <w:sz w:val="15"/>
        </w:rPr>
        <w:t>Il candidato compila la colonna relativa al punteggio e indica nel curriculum vitae i titoli e le esperienze dichiarati in modo verificabile.</w:t>
      </w:r>
    </w:p>
    <w:p w14:paraId="3B085762" w14:textId="77777777" w:rsidR="005C1DC9" w:rsidRDefault="005C1DC9">
      <w:pPr>
        <w:jc w:val="both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687"/>
        <w:gridCol w:w="2126"/>
        <w:gridCol w:w="991"/>
      </w:tblGrid>
      <w:tr w:rsidR="00EB61E6" w14:paraId="32777030" w14:textId="77777777" w:rsidTr="008C5D37">
        <w:trPr>
          <w:trHeight w:val="397"/>
          <w:tblHeader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09CA39" w14:textId="77777777" w:rsidR="00EB61E6" w:rsidRPr="008C5D37" w:rsidRDefault="005D5A99">
            <w:pPr>
              <w:spacing w:after="0"/>
              <w:jc w:val="center"/>
              <w:rPr>
                <w:b/>
              </w:rPr>
            </w:pPr>
            <w:r w:rsidRPr="008C5D37">
              <w:rPr>
                <w:b/>
                <w:sz w:val="14"/>
              </w:rPr>
              <w:t>Area di valutazione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9FC7F8" w14:textId="77777777" w:rsidR="00EB61E6" w:rsidRPr="008C5D37" w:rsidRDefault="005D5A99">
            <w:pPr>
              <w:spacing w:after="0"/>
              <w:jc w:val="center"/>
              <w:rPr>
                <w:b/>
              </w:rPr>
            </w:pPr>
            <w:r w:rsidRPr="008C5D37">
              <w:rPr>
                <w:b/>
                <w:sz w:val="14"/>
              </w:rPr>
              <w:t>Criterio dettagliato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C75814" w14:textId="77777777" w:rsidR="00EB61E6" w:rsidRPr="008C5D37" w:rsidRDefault="005D5A99">
            <w:pPr>
              <w:spacing w:after="0"/>
              <w:jc w:val="center"/>
              <w:rPr>
                <w:b/>
              </w:rPr>
            </w:pPr>
            <w:r w:rsidRPr="008C5D37">
              <w:rPr>
                <w:b/>
                <w:sz w:val="14"/>
              </w:rPr>
              <w:t>Punteggio massimo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8AA8B9" w14:textId="77777777" w:rsidR="00EB61E6" w:rsidRPr="008C5D37" w:rsidRDefault="005D5A99">
            <w:pPr>
              <w:spacing w:after="0"/>
              <w:jc w:val="center"/>
              <w:rPr>
                <w:b/>
              </w:rPr>
            </w:pPr>
            <w:r w:rsidRPr="008C5D37">
              <w:rPr>
                <w:b/>
                <w:sz w:val="14"/>
              </w:rPr>
              <w:t>Punteggio attribuito</w:t>
            </w:r>
          </w:p>
        </w:tc>
      </w:tr>
      <w:tr w:rsidR="00EB61E6" w14:paraId="159DD0A2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17B702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Anzianità di servizio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D48BD6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Da 1 a 5 anni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056EDA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A806E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4436740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59941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Anzianità di servizio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92396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Da 6 a 10 anni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AFF29E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5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FB4999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6B14DBC6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DCC59C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Anzianità di servizio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95D6D3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Da 11 anni in poi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5F3EBD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10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F68338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0E39FCDC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0327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Magistrale attinente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DBE81A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66-98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63F920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8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5905A2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7151A2ED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631B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Magistrale attinente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CD9F8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99-110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6EEA4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10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1E312F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1265DDC2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E4498B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Magistrale attinente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E6459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110/110 e lode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099C5B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12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046B8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5C92A42E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917F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Triennale (solo in assenza di Laurea Magistrale)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1868CB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66-98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9115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9ABEB3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50D89703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B159AC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Triennale (solo in assenza di Laurea Magistrale)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C9D09C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99-110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54C233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AACF1E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40B808B6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263FD5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Triennale (solo in assenza di Laurea Magistrale)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6B9DE0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110/110 e lode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948FDD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6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5FE3EE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48E17210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3313A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857F8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Ulteriore laurea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79345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D96AC1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19BA7AB0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E1A4B6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7885E0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Dottorato di Ricerca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B4BF36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18567B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6FCB9BD7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0168CA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1DBF5D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Master di I o II livello (max 4 master, 1 punto per master)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430C2E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371FCC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614A54DD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2672ED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3D69F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Corso di perfezionamento (max 4 corsi, 0,5 punti per corso)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1D7A9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4AAD4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C8F0C9D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697EB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1F195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Abilitazioni all'insegnamento (max 4 abilitazioni, 2 punti per abilitazione)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1B1782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8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61C352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3814F19A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E3A520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42780B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Collaborazioni con Enti/Università (max 4 collaborazioni, 1 punto per collaborazione)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041969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4F9BB2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0F2C0A16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85773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3A48E7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Corsi di formazione fino a 40 ore (max 4 corsi, 0,5 punti per corso)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0B7EF0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119FCC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535F4A00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8BB19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284E76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Corsi di formazione superiori a 40 ore (max 4 corsi, 1 punto per corso)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56DA9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0C7E8A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44EC267C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A6C1FD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lastRenderedPageBreak/>
              <w:t>Esperienza specifica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87E2BB" w14:textId="716B9551" w:rsidR="00400FB1" w:rsidRDefault="005D5A99">
            <w:pPr>
              <w:spacing w:after="0" w:line="221" w:lineRule="auto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Esperienze nell’ambito dei progetti PON FESR/PN/PNRR attinenti al </w:t>
            </w:r>
            <w:r w:rsidR="00400FB1">
              <w:rPr>
                <w:color w:val="000000"/>
                <w:sz w:val="14"/>
              </w:rPr>
              <w:t>Corso</w:t>
            </w:r>
          </w:p>
          <w:p w14:paraId="1FF3A243" w14:textId="77777777" w:rsidR="005815CB" w:rsidRPr="005815CB" w:rsidRDefault="005815CB" w:rsidP="007738D5">
            <w:pPr>
              <w:rPr>
                <w:color w:val="000000"/>
                <w:sz w:val="14"/>
              </w:rPr>
            </w:pPr>
            <w:r w:rsidRPr="005815CB">
              <w:rPr>
                <w:color w:val="000000"/>
                <w:sz w:val="14"/>
              </w:rPr>
              <w:t>(2 punto per ogni esperienza come formatore</w:t>
            </w:r>
          </w:p>
          <w:p w14:paraId="5D6CAE2C" w14:textId="60A4B20A" w:rsidR="00EB61E6" w:rsidRPr="005815CB" w:rsidRDefault="005815CB" w:rsidP="005815CB">
            <w:pPr>
              <w:spacing w:after="0" w:line="221" w:lineRule="auto"/>
              <w:rPr>
                <w:color w:val="000000"/>
                <w:sz w:val="14"/>
              </w:rPr>
            </w:pPr>
            <w:r w:rsidRPr="005815CB">
              <w:rPr>
                <w:color w:val="000000"/>
                <w:sz w:val="14"/>
              </w:rPr>
              <w:t>1 punto per ogni esperienza come tutor)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62AEB8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12</w:t>
            </w: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D58F6D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32F9F375" w14:textId="77777777" w:rsidTr="008C5D37">
        <w:trPr>
          <w:cantSplit/>
          <w:trHeight w:val="397"/>
          <w:jc w:val="center"/>
        </w:trPr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8D2D60" w14:textId="77777777" w:rsidR="00EB61E6" w:rsidRDefault="005D5A99">
            <w:pPr>
              <w:spacing w:after="0"/>
              <w:jc w:val="center"/>
            </w:pPr>
            <w:r>
              <w:rPr>
                <w:b/>
                <w:color w:val="000000"/>
                <w:sz w:val="14"/>
              </w:rPr>
              <w:t>Totale massimo</w:t>
            </w:r>
          </w:p>
        </w:tc>
        <w:tc>
          <w:tcPr>
            <w:tcW w:w="36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129CE8" w14:textId="77777777" w:rsidR="00EB61E6" w:rsidRDefault="005D5A99">
            <w:pPr>
              <w:spacing w:after="0"/>
            </w:pPr>
            <w:r>
              <w:rPr>
                <w:b/>
                <w:color w:val="000000"/>
                <w:sz w:val="14"/>
              </w:rPr>
              <w:t>Punteggio massimo complessivo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1A52BC" w14:textId="68DFC3F6" w:rsidR="00EB61E6" w:rsidRDefault="00EB61E6">
            <w:pPr>
              <w:spacing w:after="0"/>
              <w:jc w:val="center"/>
            </w:pPr>
          </w:p>
        </w:tc>
        <w:tc>
          <w:tcPr>
            <w:tcW w:w="9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E4EA36" w14:textId="77777777" w:rsidR="00EB61E6" w:rsidRDefault="00EB61E6">
            <w:pPr>
              <w:spacing w:after="0"/>
              <w:jc w:val="center"/>
            </w:pPr>
          </w:p>
        </w:tc>
      </w:tr>
    </w:tbl>
    <w:p w14:paraId="68440CAF" w14:textId="77777777" w:rsidR="005C1DC9" w:rsidRDefault="005C1DC9">
      <w:pPr>
        <w:spacing w:before="40"/>
        <w:rPr>
          <w:color w:val="000000"/>
          <w:sz w:val="16"/>
        </w:rPr>
      </w:pPr>
    </w:p>
    <w:p w14:paraId="53C6030A" w14:textId="77777777" w:rsidR="005C1DC9" w:rsidRDefault="005C1DC9">
      <w:pPr>
        <w:spacing w:before="40"/>
        <w:rPr>
          <w:color w:val="000000"/>
          <w:sz w:val="16"/>
        </w:rPr>
      </w:pPr>
    </w:p>
    <w:p w14:paraId="39FDA12D" w14:textId="15A771D0" w:rsidR="00EB61E6" w:rsidRDefault="005D5A99">
      <w:pPr>
        <w:spacing w:before="40"/>
      </w:pPr>
      <w:r>
        <w:rPr>
          <w:color w:val="000000"/>
          <w:sz w:val="16"/>
        </w:rPr>
        <w:t>Luogo e data ........................................................        Firma ........................................................</w:t>
      </w:r>
    </w:p>
    <w:p w14:paraId="521D14BD" w14:textId="77777777" w:rsidR="00EB61E6" w:rsidRDefault="00EB61E6">
      <w:pPr>
        <w:pageBreakBefore/>
      </w:pPr>
    </w:p>
    <w:p w14:paraId="40B164E3" w14:textId="3D3FBF94" w:rsidR="00EB61E6" w:rsidRDefault="008C5D37">
      <w:pPr>
        <w:pStyle w:val="Titolo"/>
        <w:spacing w:after="40"/>
        <w:jc w:val="center"/>
      </w:pPr>
      <w:r>
        <w:rPr>
          <w:rFonts w:ascii="Arial" w:hAnsi="Arial"/>
          <w:b/>
          <w:sz w:val="24"/>
        </w:rPr>
        <w:t>MODULO B SCHEDA DI VALUTAZIONE TUTOR</w:t>
      </w:r>
    </w:p>
    <w:p w14:paraId="7EC7E252" w14:textId="77777777" w:rsidR="00F67468" w:rsidRDefault="00F67468">
      <w:pPr>
        <w:spacing w:after="0"/>
        <w:rPr>
          <w:color w:val="000000"/>
          <w:sz w:val="16"/>
        </w:rPr>
      </w:pPr>
    </w:p>
    <w:p w14:paraId="6FC93005" w14:textId="77777777" w:rsidR="00F67468" w:rsidRDefault="00F67468">
      <w:pPr>
        <w:spacing w:after="0"/>
        <w:rPr>
          <w:color w:val="000000"/>
          <w:sz w:val="16"/>
        </w:rPr>
      </w:pPr>
    </w:p>
    <w:p w14:paraId="70782437" w14:textId="55426929" w:rsidR="00EB61E6" w:rsidRDefault="005D5A99">
      <w:pPr>
        <w:spacing w:after="0"/>
      </w:pPr>
      <w:r>
        <w:rPr>
          <w:color w:val="000000"/>
          <w:sz w:val="16"/>
        </w:rPr>
        <w:t>Candidato/a .......................................................</w:t>
      </w:r>
    </w:p>
    <w:p w14:paraId="4C124452" w14:textId="77777777" w:rsidR="00EB61E6" w:rsidRDefault="005D5A99">
      <w:pPr>
        <w:spacing w:after="0"/>
      </w:pPr>
      <w:r>
        <w:rPr>
          <w:color w:val="000000"/>
          <w:sz w:val="16"/>
        </w:rPr>
        <w:t>Modulo n. e titolo .......................................................</w:t>
      </w:r>
    </w:p>
    <w:p w14:paraId="73D3DED2" w14:textId="77777777" w:rsidR="00EB61E6" w:rsidRDefault="005D5A99">
      <w:pPr>
        <w:jc w:val="both"/>
        <w:rPr>
          <w:color w:val="000000"/>
          <w:sz w:val="15"/>
        </w:rPr>
      </w:pPr>
      <w:r>
        <w:rPr>
          <w:color w:val="000000"/>
          <w:sz w:val="15"/>
        </w:rPr>
        <w:t>Il candidato compila la colonna relativa al punteggio e indica nel curriculum vitae i titoli e le esperienze dichiarati in modo verificabile.</w:t>
      </w:r>
    </w:p>
    <w:p w14:paraId="5361BDAF" w14:textId="77777777" w:rsidR="008C5D37" w:rsidRDefault="008C5D37">
      <w:pPr>
        <w:jc w:val="both"/>
      </w:pPr>
    </w:p>
    <w:tbl>
      <w:tblPr>
        <w:tblW w:w="10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2"/>
        <w:gridCol w:w="3686"/>
        <w:gridCol w:w="1559"/>
        <w:gridCol w:w="1897"/>
      </w:tblGrid>
      <w:tr w:rsidR="00EB61E6" w:rsidRPr="00947A7C" w14:paraId="4834887B" w14:textId="77777777" w:rsidTr="00947A7C">
        <w:trPr>
          <w:trHeight w:val="340"/>
          <w:tblHeader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1800BF" w14:textId="77777777" w:rsidR="00EB61E6" w:rsidRPr="00947A7C" w:rsidRDefault="005D5A99">
            <w:pPr>
              <w:spacing w:after="0"/>
              <w:jc w:val="center"/>
            </w:pPr>
            <w:r w:rsidRPr="00947A7C">
              <w:rPr>
                <w:b/>
                <w:sz w:val="14"/>
              </w:rPr>
              <w:t>Area di valutazione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E16CF1" w14:textId="77777777" w:rsidR="00EB61E6" w:rsidRPr="00947A7C" w:rsidRDefault="005D5A99">
            <w:pPr>
              <w:spacing w:after="0"/>
              <w:jc w:val="center"/>
            </w:pPr>
            <w:r w:rsidRPr="00947A7C">
              <w:rPr>
                <w:b/>
                <w:sz w:val="14"/>
              </w:rPr>
              <w:t>Criterio dettagliato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D0CF4" w14:textId="77777777" w:rsidR="00EB61E6" w:rsidRPr="00947A7C" w:rsidRDefault="005D5A99">
            <w:pPr>
              <w:spacing w:after="0"/>
              <w:jc w:val="center"/>
            </w:pPr>
            <w:r w:rsidRPr="00947A7C">
              <w:rPr>
                <w:b/>
                <w:sz w:val="14"/>
              </w:rPr>
              <w:t>Punteggio massimo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86B759" w14:textId="77777777" w:rsidR="00EB61E6" w:rsidRPr="00947A7C" w:rsidRDefault="005D5A99">
            <w:pPr>
              <w:spacing w:after="0"/>
              <w:jc w:val="center"/>
            </w:pPr>
            <w:r w:rsidRPr="00947A7C">
              <w:rPr>
                <w:b/>
                <w:sz w:val="14"/>
              </w:rPr>
              <w:t>Punteggio attribuito</w:t>
            </w:r>
          </w:p>
        </w:tc>
      </w:tr>
      <w:tr w:rsidR="00EB61E6" w14:paraId="76C7BB0E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64A489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Anzianità di servizio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08EB0C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Da 1 a 5 anni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2DE59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CD3DC6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F92EA72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FF807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Anzianità di servizio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B0CC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Da 6 a 10 anni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E5AE72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5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20CD4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0505C93E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38F18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Anzianità di servizio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79BC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Da 11 anni in poi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3F9D79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10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88FAAE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5A24EB51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615C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Magistrale (tutti i corsi di laurea)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7F6836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66-98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CDBA6E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8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75ED7F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6E574700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645585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Magistrale (tutti i corsi di laurea)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31BA05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99-110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B9F81A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10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6FF6AD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337B06AA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BCA7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Magistrale (tutti i corsi di laurea)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A29CE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110/110 e lode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6B39AA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901B7C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070DDD2D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B7E7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Triennale (solo in assenza di Laurea Magistrale)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EEED2F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66-98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0E1FBE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E4A154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78211288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EAA9AA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Triennale (solo in assenza di Laurea Magistrale)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BBFF0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99-110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7F4A94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5CFB4A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305AD026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D0E4A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Laurea Triennale (solo in assenza di Laurea Magistrale)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03D86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110/110 e lode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A4FE45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6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BB6693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1FDE0A4B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F004D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Titolo di studio - Diploma di maturità (solo in assenza di Laurea)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F78D6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Per tutte le valutazioni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F98FD1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0EEE6F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EDDE581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D9D4A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C7E2A4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Ulteriore laurea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EA7B7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84CDF5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F38F05A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A53D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30227F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Dottorato di Ricerca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A83A7A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D83A15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5505BC73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9736E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7E086C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Master di I o II livello (max 4 master, 1 punto per master)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15D953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3F0092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5F38B057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B78B1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F2143D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Corso di perfezionamento (max 4 corsi, 0,5 punti per corso)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FF3E41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041223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302ED154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D1DB77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D2040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Abilitazioni all'insegnamento (max 4 abilitazioni, 2 punti per abilitazione)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2AFDAE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8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52F286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8C8FD1E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214468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4A08CD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Collaborazioni con Enti/Università (max 4 collaborazioni, 1 punto per collaborazione)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404ABB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7FD2DC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0616F7CE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A32E68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3822B3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Corsi di formazione fino a 40 ore (max 4 corsi, 0,5 punti per corso)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97FB7B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9757FA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325C2AA2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2D3A95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Titoli culturali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2D2810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Corsi di formazione superiori a 40 ore (max 4 corsi, 1 punto per corso)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66E806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DFEB8C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1103A60B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C5B5A" w14:textId="77777777" w:rsidR="00EB61E6" w:rsidRDefault="005D5A99">
            <w:pPr>
              <w:spacing w:after="0" w:line="221" w:lineRule="auto"/>
            </w:pPr>
            <w:r>
              <w:rPr>
                <w:color w:val="000000"/>
                <w:sz w:val="14"/>
              </w:rPr>
              <w:t>Esperienza specifica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D30B4" w14:textId="14C01161" w:rsidR="00013905" w:rsidRPr="00013905" w:rsidRDefault="005D5A99" w:rsidP="007738D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Esperienze nell’ambito dei progetti PON</w:t>
            </w:r>
            <w:r w:rsidR="007738D5">
              <w:rPr>
                <w:color w:val="000000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 xml:space="preserve">FESR/PN/PNRR </w:t>
            </w:r>
            <w:r w:rsidR="00013905" w:rsidRPr="00013905">
              <w:rPr>
                <w:color w:val="000000"/>
                <w:sz w:val="14"/>
              </w:rPr>
              <w:t>(2 punto per ogni esperienza come formatore</w:t>
            </w:r>
          </w:p>
          <w:p w14:paraId="64A93EA5" w14:textId="39B23EA9" w:rsidR="00EB61E6" w:rsidRPr="00013905" w:rsidRDefault="00013905" w:rsidP="007738D5">
            <w:pPr>
              <w:spacing w:after="0" w:line="221" w:lineRule="auto"/>
              <w:rPr>
                <w:color w:val="000000"/>
                <w:sz w:val="14"/>
              </w:rPr>
            </w:pPr>
            <w:r w:rsidRPr="00013905">
              <w:rPr>
                <w:color w:val="000000"/>
                <w:sz w:val="14"/>
              </w:rPr>
              <w:t>1 punto per ogni esperienza come tutor)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52D90" w14:textId="77777777" w:rsidR="00EB61E6" w:rsidRDefault="005D5A99">
            <w:pPr>
              <w:spacing w:after="0" w:line="221" w:lineRule="auto"/>
              <w:jc w:val="center"/>
            </w:pPr>
            <w:r>
              <w:rPr>
                <w:color w:val="000000"/>
                <w:sz w:val="14"/>
              </w:rPr>
              <w:t>12</w:t>
            </w: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41BD30" w14:textId="77777777" w:rsidR="00EB61E6" w:rsidRDefault="00EB61E6">
            <w:pPr>
              <w:spacing w:after="0" w:line="221" w:lineRule="auto"/>
              <w:jc w:val="center"/>
            </w:pPr>
          </w:p>
        </w:tc>
      </w:tr>
      <w:tr w:rsidR="00EB61E6" w14:paraId="29901641" w14:textId="77777777" w:rsidTr="00947A7C">
        <w:trPr>
          <w:cantSplit/>
          <w:trHeight w:val="340"/>
          <w:jc w:val="center"/>
        </w:trPr>
        <w:tc>
          <w:tcPr>
            <w:tcW w:w="37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05B209" w14:textId="77777777" w:rsidR="00EB61E6" w:rsidRDefault="005D5A99">
            <w:pPr>
              <w:spacing w:after="0"/>
              <w:jc w:val="center"/>
            </w:pPr>
            <w:r>
              <w:rPr>
                <w:b/>
                <w:color w:val="000000"/>
                <w:sz w:val="14"/>
              </w:rPr>
              <w:t>Totale massimo</w:t>
            </w:r>
          </w:p>
        </w:tc>
        <w:tc>
          <w:tcPr>
            <w:tcW w:w="368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8BEC64" w14:textId="77777777" w:rsidR="00EB61E6" w:rsidRDefault="005D5A99">
            <w:pPr>
              <w:spacing w:after="0"/>
            </w:pPr>
            <w:r>
              <w:rPr>
                <w:b/>
                <w:color w:val="000000"/>
                <w:sz w:val="14"/>
              </w:rPr>
              <w:t>Punteggio massimo complessivo</w:t>
            </w:r>
          </w:p>
        </w:tc>
        <w:tc>
          <w:tcPr>
            <w:tcW w:w="15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F8B277" w14:textId="6B6DA6A1" w:rsidR="00EB61E6" w:rsidRDefault="00EB61E6">
            <w:pPr>
              <w:spacing w:after="0"/>
              <w:jc w:val="center"/>
            </w:pPr>
          </w:p>
        </w:tc>
        <w:tc>
          <w:tcPr>
            <w:tcW w:w="189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E335B3" w14:textId="77777777" w:rsidR="00EB61E6" w:rsidRDefault="00EB61E6">
            <w:pPr>
              <w:spacing w:after="0"/>
              <w:jc w:val="center"/>
            </w:pPr>
          </w:p>
        </w:tc>
      </w:tr>
    </w:tbl>
    <w:p w14:paraId="57FA39F7" w14:textId="77777777" w:rsidR="00947A7C" w:rsidRDefault="00947A7C">
      <w:pPr>
        <w:spacing w:before="40"/>
        <w:rPr>
          <w:color w:val="000000"/>
          <w:sz w:val="16"/>
        </w:rPr>
      </w:pPr>
    </w:p>
    <w:p w14:paraId="39DEB99C" w14:textId="77777777" w:rsidR="00947A7C" w:rsidRDefault="00947A7C">
      <w:pPr>
        <w:spacing w:before="40"/>
        <w:rPr>
          <w:color w:val="000000"/>
          <w:sz w:val="16"/>
        </w:rPr>
      </w:pPr>
    </w:p>
    <w:p w14:paraId="39F5AD52" w14:textId="77777777" w:rsidR="00947A7C" w:rsidRDefault="00947A7C">
      <w:pPr>
        <w:spacing w:before="40"/>
        <w:rPr>
          <w:color w:val="000000"/>
          <w:sz w:val="16"/>
        </w:rPr>
      </w:pPr>
    </w:p>
    <w:p w14:paraId="17B289C4" w14:textId="308358E2" w:rsidR="00EB61E6" w:rsidRDefault="005D5A99">
      <w:pPr>
        <w:spacing w:before="40"/>
      </w:pPr>
      <w:r>
        <w:rPr>
          <w:color w:val="000000"/>
          <w:sz w:val="16"/>
        </w:rPr>
        <w:t>Luogo e data ........................................................        Firma ........................................................</w:t>
      </w:r>
    </w:p>
    <w:sectPr w:rsidR="00EB61E6" w:rsidSect="00034616">
      <w:footerReference w:type="default" r:id="rId16"/>
      <w:pgSz w:w="11906" w:h="16838"/>
      <w:pgMar w:top="595" w:right="709" w:bottom="65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24A67" w14:textId="77777777" w:rsidR="005F138D" w:rsidRDefault="005F138D">
      <w:pPr>
        <w:spacing w:after="0" w:line="240" w:lineRule="auto"/>
      </w:pPr>
      <w:r>
        <w:separator/>
      </w:r>
    </w:p>
  </w:endnote>
  <w:endnote w:type="continuationSeparator" w:id="0">
    <w:p w14:paraId="79542E5D" w14:textId="77777777" w:rsidR="005F138D" w:rsidRDefault="005F1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ED06" w14:textId="77777777" w:rsidR="00EB61E6" w:rsidRDefault="005D5A99">
    <w:pPr>
      <w:pStyle w:val="Pidipagina"/>
      <w:jc w:val="center"/>
    </w:pPr>
    <w:r>
      <w:rPr>
        <w:color w:val="000000"/>
        <w:sz w:val="14"/>
      </w:rPr>
      <w:t>Crescere Insieme | CUP I84D26003100007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0BF3A" w14:textId="77777777" w:rsidR="005F138D" w:rsidRDefault="005F138D">
      <w:pPr>
        <w:spacing w:after="0" w:line="240" w:lineRule="auto"/>
      </w:pPr>
      <w:r>
        <w:separator/>
      </w:r>
    </w:p>
  </w:footnote>
  <w:footnote w:type="continuationSeparator" w:id="0">
    <w:p w14:paraId="3ACF401C" w14:textId="77777777" w:rsidR="005F138D" w:rsidRDefault="005F1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841328">
    <w:abstractNumId w:val="8"/>
  </w:num>
  <w:num w:numId="2" w16cid:durableId="1982809177">
    <w:abstractNumId w:val="6"/>
  </w:num>
  <w:num w:numId="3" w16cid:durableId="1112944258">
    <w:abstractNumId w:val="5"/>
  </w:num>
  <w:num w:numId="4" w16cid:durableId="457837155">
    <w:abstractNumId w:val="4"/>
  </w:num>
  <w:num w:numId="5" w16cid:durableId="831219509">
    <w:abstractNumId w:val="7"/>
  </w:num>
  <w:num w:numId="6" w16cid:durableId="1186556389">
    <w:abstractNumId w:val="3"/>
  </w:num>
  <w:num w:numId="7" w16cid:durableId="616983671">
    <w:abstractNumId w:val="2"/>
  </w:num>
  <w:num w:numId="8" w16cid:durableId="396905755">
    <w:abstractNumId w:val="1"/>
  </w:num>
  <w:num w:numId="9" w16cid:durableId="165190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905"/>
    <w:rsid w:val="00017BB7"/>
    <w:rsid w:val="00034616"/>
    <w:rsid w:val="0006063C"/>
    <w:rsid w:val="00077347"/>
    <w:rsid w:val="0015074B"/>
    <w:rsid w:val="001C3359"/>
    <w:rsid w:val="0029639D"/>
    <w:rsid w:val="00326F90"/>
    <w:rsid w:val="00400FB1"/>
    <w:rsid w:val="005815CB"/>
    <w:rsid w:val="005C1DC9"/>
    <w:rsid w:val="005D5A99"/>
    <w:rsid w:val="005F138D"/>
    <w:rsid w:val="0060303D"/>
    <w:rsid w:val="007738D5"/>
    <w:rsid w:val="008031F6"/>
    <w:rsid w:val="008C5D37"/>
    <w:rsid w:val="0092575C"/>
    <w:rsid w:val="00947A7C"/>
    <w:rsid w:val="009E16AC"/>
    <w:rsid w:val="00AA1D8D"/>
    <w:rsid w:val="00AC27D6"/>
    <w:rsid w:val="00B47730"/>
    <w:rsid w:val="00CB0664"/>
    <w:rsid w:val="00D75C5D"/>
    <w:rsid w:val="00EB61E6"/>
    <w:rsid w:val="00F67468"/>
    <w:rsid w:val="00FB5C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2F44E8C-A2A8-40C0-82DD-5BBAA0A2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F674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mnicomprensivobovino.edu.i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gic81600n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ic816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gic81600n@pec.istruzione.it" TargetMode="External"/><Relationship Id="rId10" Type="http://schemas.openxmlformats.org/officeDocument/2006/relationships/hyperlink" Target="http://www.omnicomprensivobovino.edu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fgic816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Scheda di valutazione esperto e tutor</dc:title>
  <dc:subject/>
  <dc:creator>Istituto Omnicomprensivo dei Monti Dauni</dc:creator>
  <cp:keywords/>
  <dc:description>generated by python-docx</dc:description>
  <cp:lastModifiedBy>DSGA</cp:lastModifiedBy>
  <cp:revision>2</cp:revision>
  <dcterms:created xsi:type="dcterms:W3CDTF">2026-09-24T10:13:00Z</dcterms:created>
  <dcterms:modified xsi:type="dcterms:W3CDTF">2026-09-24T10:13:00Z</dcterms:modified>
  <cp:category/>
</cp:coreProperties>
</file>