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879FF" w14:textId="77777777" w:rsidR="00777207" w:rsidRDefault="003941F0">
      <w:pPr>
        <w:spacing w:after="20"/>
        <w:jc w:val="center"/>
      </w:pPr>
      <w:r>
        <w:rPr>
          <w:noProof/>
        </w:rPr>
        <w:drawing>
          <wp:inline distT="0" distB="0" distL="0" distR="0" wp14:anchorId="56B94BFC" wp14:editId="1DFE9E42">
            <wp:extent cx="6192000" cy="1065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1B045" w14:textId="77777777" w:rsidR="00B344C4" w:rsidRDefault="00B344C4" w:rsidP="00B344C4">
      <w:pPr>
        <w:jc w:val="center"/>
        <w:rPr>
          <w:b/>
          <w:bCs/>
          <w:color w:val="000000"/>
          <w:sz w:val="25"/>
          <w:lang w:val="it-IT"/>
        </w:rPr>
      </w:pPr>
    </w:p>
    <w:p w14:paraId="312468C3" w14:textId="20316FAF" w:rsidR="00B344C4" w:rsidRDefault="00B344C4" w:rsidP="00B344C4">
      <w:pPr>
        <w:jc w:val="center"/>
        <w:rPr>
          <w:b/>
          <w:bCs/>
          <w:color w:val="000000"/>
          <w:sz w:val="25"/>
          <w:lang w:val="it-IT"/>
        </w:rPr>
      </w:pPr>
      <w:r w:rsidRPr="00B344C4">
        <w:rPr>
          <w:b/>
          <w:noProof/>
          <w:color w:val="000000"/>
          <w:sz w:val="25"/>
          <w:lang w:val="it-IT"/>
        </w:rPr>
        <w:drawing>
          <wp:anchor distT="0" distB="0" distL="0" distR="0" simplePos="0" relativeHeight="251658240" behindDoc="0" locked="0" layoutInCell="1" allowOverlap="1" wp14:anchorId="5FF9737F" wp14:editId="419EEE12">
            <wp:simplePos x="0" y="0"/>
            <wp:positionH relativeFrom="page">
              <wp:posOffset>957613</wp:posOffset>
            </wp:positionH>
            <wp:positionV relativeFrom="paragraph">
              <wp:posOffset>8626</wp:posOffset>
            </wp:positionV>
            <wp:extent cx="544195" cy="560705"/>
            <wp:effectExtent l="0" t="0" r="8255" b="0"/>
            <wp:wrapNone/>
            <wp:docPr id="1009815675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714D0" w14:textId="77777777" w:rsidR="00B344C4" w:rsidRDefault="00B344C4" w:rsidP="00B344C4">
      <w:pPr>
        <w:jc w:val="center"/>
        <w:rPr>
          <w:b/>
          <w:bCs/>
          <w:color w:val="000000"/>
          <w:sz w:val="25"/>
          <w:lang w:val="it-IT"/>
        </w:rPr>
      </w:pPr>
    </w:p>
    <w:p w14:paraId="5B845486" w14:textId="50316821" w:rsidR="00B344C4" w:rsidRPr="00B344C4" w:rsidRDefault="00B344C4" w:rsidP="00B344C4">
      <w:pPr>
        <w:jc w:val="center"/>
        <w:rPr>
          <w:b/>
          <w:bCs/>
          <w:color w:val="000000"/>
          <w:sz w:val="25"/>
          <w:lang w:val="it-IT"/>
        </w:rPr>
      </w:pPr>
      <w:r w:rsidRPr="00B344C4">
        <w:rPr>
          <w:b/>
          <w:bCs/>
          <w:color w:val="000000"/>
          <w:sz w:val="25"/>
          <w:lang w:val="it-IT"/>
        </w:rPr>
        <w:t>ISTITUTO OMNICOMPRENSIVO DEI MONTI MONTI</w:t>
      </w:r>
    </w:p>
    <w:p w14:paraId="7EAB713E" w14:textId="342C3D1E" w:rsidR="00B344C4" w:rsidRPr="00B344C4" w:rsidRDefault="00B344C4" w:rsidP="00B344C4">
      <w:pPr>
        <w:jc w:val="center"/>
        <w:rPr>
          <w:b/>
          <w:color w:val="000000"/>
          <w:sz w:val="25"/>
          <w:lang w:val="it-IT"/>
        </w:rPr>
      </w:pPr>
      <w:r w:rsidRPr="00B344C4">
        <w:rPr>
          <w:b/>
          <w:color w:val="000000"/>
          <w:sz w:val="25"/>
          <w:lang w:val="it-IT"/>
        </w:rPr>
        <w:t>Scuola Infanzia, Primaria e Secondaria di I Grado BOVINO - CASTELLUCCIO DEI SAURI – PANNI</w:t>
      </w:r>
    </w:p>
    <w:p w14:paraId="12244C31" w14:textId="5E0FC4D2" w:rsidR="00B344C4" w:rsidRPr="00B344C4" w:rsidRDefault="00B344C4" w:rsidP="00B344C4">
      <w:pPr>
        <w:jc w:val="center"/>
        <w:rPr>
          <w:b/>
          <w:color w:val="000000"/>
          <w:sz w:val="25"/>
          <w:lang w:val="it-IT"/>
        </w:rPr>
      </w:pPr>
      <w:r w:rsidRPr="00B344C4">
        <w:rPr>
          <w:b/>
          <w:color w:val="000000"/>
          <w:sz w:val="25"/>
          <w:lang w:val="it-IT"/>
        </w:rPr>
        <w:t xml:space="preserve">Istituto Istruzione Superiore di II Grado BOVINO </w:t>
      </w:r>
    </w:p>
    <w:p w14:paraId="158BA03C" w14:textId="77777777" w:rsidR="00B344C4" w:rsidRPr="00B344C4" w:rsidRDefault="00B344C4" w:rsidP="00B344C4">
      <w:pPr>
        <w:jc w:val="center"/>
        <w:rPr>
          <w:b/>
          <w:color w:val="000000"/>
          <w:sz w:val="25"/>
          <w:lang w:val="it-IT"/>
        </w:rPr>
      </w:pPr>
      <w:r w:rsidRPr="00B344C4">
        <w:rPr>
          <w:b/>
          <w:i/>
          <w:color w:val="000000"/>
          <w:sz w:val="25"/>
          <w:lang w:val="it-IT"/>
        </w:rPr>
        <w:t xml:space="preserve">Via dei Mille n. 10 – 71023 BOVINO (FG) - </w:t>
      </w:r>
      <w:r w:rsidRPr="00B344C4">
        <w:rPr>
          <w:b/>
          <w:color w:val="000000"/>
          <w:sz w:val="25"/>
          <w:lang w:val="it-IT"/>
        </w:rPr>
        <w:t>C.F. 80031240718 - C.M. FGIC81600N</w:t>
      </w:r>
    </w:p>
    <w:p w14:paraId="4AE2D1D9" w14:textId="59EE865D" w:rsidR="000938DD" w:rsidRDefault="00B344C4" w:rsidP="00B344C4">
      <w:pPr>
        <w:jc w:val="center"/>
        <w:rPr>
          <w:b/>
          <w:color w:val="000000"/>
          <w:sz w:val="25"/>
        </w:rPr>
      </w:pPr>
      <w:r w:rsidRPr="00B344C4">
        <w:rPr>
          <w:b/>
          <w:noProof/>
          <w:color w:val="000000"/>
          <w:sz w:val="25"/>
          <w:lang w:val="it-IT"/>
        </w:rPr>
        <mc:AlternateContent>
          <mc:Choice Requires="wps">
            <w:drawing>
              <wp:inline distT="0" distB="0" distL="0" distR="0" wp14:anchorId="7FD0C452" wp14:editId="491D981B">
                <wp:extent cx="6122035" cy="370800"/>
                <wp:effectExtent l="0" t="0" r="12065" b="10795"/>
                <wp:docPr id="892440927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2035" cy="370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54C554" w14:textId="77777777" w:rsidR="00B344C4" w:rsidRDefault="00B344C4" w:rsidP="00B344C4">
                            <w:pPr>
                              <w:spacing w:line="202" w:lineRule="exact"/>
                              <w:ind w:left="116" w:right="3"/>
                              <w:jc w:val="center"/>
                              <w:rPr>
                                <w:sz w:val="18"/>
                              </w:rPr>
                            </w:pPr>
                            <w:hyperlink r:id="rId10" w:history="1">
                              <w:r>
                                <w:rPr>
                                  <w:rStyle w:val="Collegamentoipertestuale"/>
                                  <w:sz w:val="18"/>
                                </w:rPr>
                                <w:t>www.omnicomprensivobovino.edu.it</w:t>
                              </w:r>
                            </w:hyperlink>
                            <w:r>
                              <w:rPr>
                                <w:color w:val="0000FF"/>
                                <w:spacing w:val="7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e-mail: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hyperlink r:id="rId11" w:history="1">
                              <w:r>
                                <w:rPr>
                                  <w:rStyle w:val="Collegamentoipertestuale"/>
                                  <w:color w:val="auto"/>
                                  <w:sz w:val="18"/>
                                  <w:u w:val="none"/>
                                </w:rPr>
                                <w:t>fgic81600n@istruzione.it</w:t>
                              </w:r>
                            </w:hyperlink>
                            <w:r>
                              <w:rPr>
                                <w:spacing w:val="58"/>
                                <w:w w:val="150"/>
                                <w:sz w:val="18"/>
                              </w:rPr>
                              <w:t xml:space="preserve"> </w:t>
                            </w:r>
                            <w:hyperlink r:id="rId12" w:history="1">
                              <w:r>
                                <w:rPr>
                                  <w:rStyle w:val="Collegamentoipertestuale"/>
                                  <w:color w:val="auto"/>
                                  <w:spacing w:val="-2"/>
                                  <w:sz w:val="18"/>
                                  <w:u w:val="none"/>
                                </w:rPr>
                                <w:t>fgic81600n@pec.istruzione.it</w:t>
                              </w:r>
                            </w:hyperlink>
                          </w:p>
                          <w:p w14:paraId="0B23125E" w14:textId="77777777" w:rsidR="00B344C4" w:rsidRDefault="00B344C4" w:rsidP="00B344C4">
                            <w:pPr>
                              <w:spacing w:line="207" w:lineRule="exact"/>
                              <w:ind w:left="1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Uff.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Amm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4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tel.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0881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912067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D0C452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width:482.05pt;height:2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" filled="f" strokeweight=".48pt">
                <v:path arrowok="t"/>
                <v:textbox inset="0,0,0,0">
                  <w:txbxContent>
                    <w:p w14:paraId="6C54C554" w14:textId="77777777" w:rsidR="00B344C4" w:rsidRDefault="00B344C4" w:rsidP="00B344C4">
                      <w:pPr>
                        <w:spacing w:line="202" w:lineRule="exact"/>
                        <w:ind w:left="116" w:right="3"/>
                        <w:jc w:val="center"/>
                        <w:rPr>
                          <w:sz w:val="18"/>
                        </w:rPr>
                      </w:pPr>
                      <w:hyperlink r:id="rId13" w:history="1">
                        <w:r>
                          <w:rPr>
                            <w:rStyle w:val="Collegamentoipertestuale"/>
                            <w:sz w:val="18"/>
                          </w:rPr>
                          <w:t>www.omnicomprensivobovino.edu.it</w:t>
                        </w:r>
                      </w:hyperlink>
                      <w:r>
                        <w:rPr>
                          <w:color w:val="0000FF"/>
                          <w:spacing w:val="78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e-mail: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hyperlink r:id="rId14" w:history="1">
                        <w:r>
                          <w:rPr>
                            <w:rStyle w:val="Collegamentoipertestuale"/>
                            <w:color w:val="auto"/>
                            <w:sz w:val="18"/>
                            <w:u w:val="none"/>
                          </w:rPr>
                          <w:t>fgic81600n@istruzione.it</w:t>
                        </w:r>
                      </w:hyperlink>
                      <w:r>
                        <w:rPr>
                          <w:spacing w:val="58"/>
                          <w:w w:val="150"/>
                          <w:sz w:val="18"/>
                        </w:rPr>
                        <w:t xml:space="preserve"> </w:t>
                      </w:r>
                      <w:hyperlink r:id="rId15" w:history="1">
                        <w:r>
                          <w:rPr>
                            <w:rStyle w:val="Collegamentoipertestuale"/>
                            <w:color w:val="auto"/>
                            <w:spacing w:val="-2"/>
                            <w:sz w:val="18"/>
                            <w:u w:val="none"/>
                          </w:rPr>
                          <w:t>fgic81600n@pec.istruzione.it</w:t>
                        </w:r>
                      </w:hyperlink>
                    </w:p>
                    <w:p w14:paraId="0B23125E" w14:textId="77777777" w:rsidR="00B344C4" w:rsidRDefault="00B344C4" w:rsidP="00B344C4">
                      <w:pPr>
                        <w:spacing w:line="207" w:lineRule="exact"/>
                        <w:ind w:left="11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Uff.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Amm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4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tel.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0881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912067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1AFE95" w14:textId="77777777" w:rsidR="000938DD" w:rsidRDefault="000938DD" w:rsidP="00B344C4">
      <w:pPr>
        <w:rPr>
          <w:b/>
          <w:color w:val="000000"/>
          <w:sz w:val="16"/>
        </w:rPr>
      </w:pPr>
    </w:p>
    <w:p w14:paraId="278C5607" w14:textId="7A9959E7" w:rsidR="00777207" w:rsidRDefault="003941F0">
      <w:pPr>
        <w:jc w:val="center"/>
      </w:pPr>
      <w:r>
        <w:rPr>
          <w:b/>
          <w:color w:val="000000"/>
          <w:sz w:val="16"/>
        </w:rPr>
        <w:t>Fondi Strutturali Europei - Programma Nazionale Scuola e competenze 2021-2027 - Fondo sociale europeo plus FSE+ - Priorità 01 - Obiettivo specifico ESO4.6 - Azione ESO4.</w:t>
      </w:r>
      <w:proofErr w:type="gramStart"/>
      <w:r>
        <w:rPr>
          <w:b/>
          <w:color w:val="000000"/>
          <w:sz w:val="16"/>
        </w:rPr>
        <w:t>6.A</w:t>
      </w:r>
      <w:proofErr w:type="gramEnd"/>
      <w:r>
        <w:rPr>
          <w:b/>
          <w:color w:val="000000"/>
          <w:sz w:val="16"/>
        </w:rPr>
        <w:t>4 - Sottoazione ESO4.</w:t>
      </w:r>
      <w:proofErr w:type="gramStart"/>
      <w:r>
        <w:rPr>
          <w:b/>
          <w:color w:val="000000"/>
          <w:sz w:val="16"/>
        </w:rPr>
        <w:t>6.A4.A</w:t>
      </w:r>
      <w:proofErr w:type="gramEnd"/>
      <w:r>
        <w:rPr>
          <w:b/>
          <w:color w:val="000000"/>
          <w:sz w:val="16"/>
        </w:rPr>
        <w:t xml:space="preserve"> - Avviso pubblico prot. n. 112894 dell'11 maggio 2026</w:t>
      </w:r>
    </w:p>
    <w:p w14:paraId="4DCD0AE8" w14:textId="77777777" w:rsidR="00777207" w:rsidRDefault="003941F0">
      <w:pPr>
        <w:spacing w:after="20"/>
        <w:jc w:val="center"/>
      </w:pPr>
      <w:r>
        <w:rPr>
          <w:b/>
          <w:color w:val="000000"/>
          <w:sz w:val="18"/>
        </w:rPr>
        <w:t>CUP I84D26003100007   Codice progetto ESO4.6.A4.A-FSEPN-PU-2026-762   Titolo progetto Crescere Insieme</w:t>
      </w:r>
    </w:p>
    <w:p w14:paraId="5FB19C7C" w14:textId="77777777" w:rsidR="000938DD" w:rsidRDefault="000938DD">
      <w:pPr>
        <w:pStyle w:val="Titolo"/>
        <w:jc w:val="center"/>
        <w:rPr>
          <w:rFonts w:ascii="Arial" w:hAnsi="Arial"/>
        </w:rPr>
      </w:pPr>
    </w:p>
    <w:p w14:paraId="4E28413E" w14:textId="6EA58A25" w:rsidR="00777207" w:rsidRDefault="003941F0">
      <w:pPr>
        <w:pStyle w:val="Titolo"/>
        <w:jc w:val="center"/>
      </w:pPr>
      <w:r>
        <w:rPr>
          <w:rFonts w:ascii="Arial" w:hAnsi="Arial"/>
        </w:rPr>
        <w:t>Allegato A Domanda di partecipazione</w:t>
      </w:r>
    </w:p>
    <w:p w14:paraId="795BD4FE" w14:textId="74721929" w:rsidR="00777207" w:rsidRDefault="003941F0">
      <w:pPr>
        <w:jc w:val="right"/>
      </w:pPr>
      <w:r>
        <w:rPr>
          <w:color w:val="000000"/>
          <w:sz w:val="20"/>
        </w:rPr>
        <w:t>Al Dirigente scolastico</w:t>
      </w:r>
      <w:r>
        <w:rPr>
          <w:color w:val="000000"/>
          <w:sz w:val="20"/>
        </w:rPr>
        <w:br/>
        <w:t>Istituto Omnicomprensivo d</w:t>
      </w:r>
      <w:r w:rsidR="00B46B31">
        <w:rPr>
          <w:color w:val="000000"/>
          <w:sz w:val="20"/>
        </w:rPr>
        <w:t>i Bovino</w:t>
      </w:r>
    </w:p>
    <w:p w14:paraId="5306FC93" w14:textId="77777777" w:rsidR="00777207" w:rsidRDefault="003941F0">
      <w:pPr>
        <w:spacing w:after="40"/>
      </w:pPr>
      <w:r>
        <w:rPr>
          <w:color w:val="000000"/>
          <w:sz w:val="20"/>
        </w:rPr>
        <w:t>Il/La sottoscritto/a ........................................................................</w:t>
      </w:r>
    </w:p>
    <w:p w14:paraId="4E14673F" w14:textId="77777777" w:rsidR="00777207" w:rsidRDefault="003941F0">
      <w:pPr>
        <w:spacing w:after="40"/>
      </w:pPr>
      <w:r>
        <w:rPr>
          <w:color w:val="000000"/>
          <w:sz w:val="20"/>
        </w:rPr>
        <w:t>nato/a a ........................................................................</w:t>
      </w:r>
    </w:p>
    <w:p w14:paraId="7FC9BF8A" w14:textId="77777777" w:rsidR="00777207" w:rsidRDefault="003941F0">
      <w:pPr>
        <w:spacing w:after="40"/>
      </w:pPr>
      <w:r>
        <w:rPr>
          <w:color w:val="000000"/>
          <w:sz w:val="20"/>
        </w:rPr>
        <w:t>il ........................................................................</w:t>
      </w:r>
    </w:p>
    <w:p w14:paraId="79C6014C" w14:textId="77777777" w:rsidR="00777207" w:rsidRDefault="003941F0">
      <w:pPr>
        <w:spacing w:after="40"/>
      </w:pPr>
      <w:r>
        <w:rPr>
          <w:color w:val="000000"/>
          <w:sz w:val="20"/>
        </w:rPr>
        <w:t>codice fiscale ........................................................................</w:t>
      </w:r>
    </w:p>
    <w:p w14:paraId="3C2CBDAA" w14:textId="77777777" w:rsidR="00777207" w:rsidRDefault="003941F0">
      <w:pPr>
        <w:spacing w:after="40"/>
      </w:pPr>
      <w:r>
        <w:rPr>
          <w:color w:val="000000"/>
          <w:sz w:val="20"/>
        </w:rPr>
        <w:t>residente a ........................................................................</w:t>
      </w:r>
    </w:p>
    <w:p w14:paraId="1B7502BE" w14:textId="77777777" w:rsidR="00777207" w:rsidRDefault="003941F0">
      <w:pPr>
        <w:spacing w:after="40"/>
      </w:pPr>
      <w:r>
        <w:rPr>
          <w:color w:val="000000"/>
          <w:sz w:val="20"/>
        </w:rPr>
        <w:t>indirizzo ........................................................................</w:t>
      </w:r>
    </w:p>
    <w:p w14:paraId="72F700A5" w14:textId="77777777" w:rsidR="00777207" w:rsidRDefault="003941F0">
      <w:pPr>
        <w:spacing w:after="40"/>
      </w:pPr>
      <w:r>
        <w:rPr>
          <w:color w:val="000000"/>
          <w:sz w:val="20"/>
        </w:rPr>
        <w:t>telefono ........................................................................</w:t>
      </w:r>
    </w:p>
    <w:p w14:paraId="08E0C10A" w14:textId="77777777" w:rsidR="00777207" w:rsidRDefault="003941F0">
      <w:pPr>
        <w:spacing w:after="40"/>
      </w:pPr>
      <w:r>
        <w:rPr>
          <w:color w:val="000000"/>
          <w:sz w:val="20"/>
        </w:rPr>
        <w:t>e-mail ........................................................................</w:t>
      </w:r>
    </w:p>
    <w:p w14:paraId="315A634B" w14:textId="77777777" w:rsidR="00777207" w:rsidRDefault="003941F0">
      <w:pPr>
        <w:spacing w:after="40"/>
      </w:pPr>
      <w:r>
        <w:rPr>
          <w:color w:val="000000"/>
          <w:sz w:val="20"/>
        </w:rPr>
        <w:t>PEC ........................................................................</w:t>
      </w:r>
    </w:p>
    <w:p w14:paraId="7A6BC77F" w14:textId="77777777" w:rsidR="00B46B31" w:rsidRDefault="00B46B31" w:rsidP="00B46B31">
      <w:pPr>
        <w:rPr>
          <w:b/>
          <w:color w:val="000000"/>
          <w:sz w:val="24"/>
        </w:rPr>
      </w:pPr>
    </w:p>
    <w:p w14:paraId="60FE1C59" w14:textId="77777777" w:rsidR="00B46B31" w:rsidRDefault="00B46B31">
      <w:pPr>
        <w:jc w:val="center"/>
        <w:rPr>
          <w:b/>
          <w:color w:val="000000"/>
          <w:sz w:val="24"/>
        </w:rPr>
      </w:pPr>
    </w:p>
    <w:p w14:paraId="7EA4619B" w14:textId="77777777" w:rsidR="00B46B31" w:rsidRDefault="00B46B31">
      <w:pPr>
        <w:jc w:val="center"/>
        <w:rPr>
          <w:b/>
          <w:color w:val="000000"/>
          <w:sz w:val="24"/>
        </w:rPr>
      </w:pPr>
    </w:p>
    <w:p w14:paraId="739FF2BC" w14:textId="0F9267CA" w:rsidR="00777207" w:rsidRDefault="003941F0">
      <w:pPr>
        <w:jc w:val="center"/>
      </w:pPr>
      <w:r>
        <w:rPr>
          <w:b/>
          <w:color w:val="000000"/>
          <w:sz w:val="24"/>
        </w:rPr>
        <w:t>CHIEDE</w:t>
      </w:r>
    </w:p>
    <w:p w14:paraId="5A3002DE" w14:textId="77777777" w:rsidR="00777207" w:rsidRDefault="003941F0">
      <w:pPr>
        <w:jc w:val="both"/>
      </w:pPr>
      <w:r>
        <w:t>di partecipare alla selezione per una sola delle seguenti figure:</w:t>
      </w:r>
    </w:p>
    <w:p w14:paraId="7EEAE020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ESPERTO - personale docente interno</w:t>
      </w:r>
    </w:p>
    <w:p w14:paraId="655412B9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TUTOR INTERNO dello stesso grado di istruzione dei destinatari</w:t>
      </w:r>
    </w:p>
    <w:p w14:paraId="655F2762" w14:textId="77777777" w:rsidR="00777207" w:rsidRDefault="003941F0">
      <w:pPr>
        <w:jc w:val="both"/>
      </w:pPr>
      <w:r>
        <w:t>e per un solo modulo:</w:t>
      </w:r>
    </w:p>
    <w:p w14:paraId="363C8161" w14:textId="77777777" w:rsidR="00B46B31" w:rsidRDefault="00B46B31">
      <w:pPr>
        <w:jc w:val="both"/>
      </w:pPr>
    </w:p>
    <w:p w14:paraId="0293068A" w14:textId="77777777" w:rsidR="00B46B31" w:rsidRDefault="00B46B31">
      <w:pPr>
        <w:jc w:val="both"/>
      </w:pPr>
    </w:p>
    <w:p w14:paraId="751DCA21" w14:textId="77777777" w:rsidR="00B46B31" w:rsidRDefault="00B46B31">
      <w:pPr>
        <w:jc w:val="both"/>
      </w:pPr>
    </w:p>
    <w:p w14:paraId="4086CA84" w14:textId="77777777" w:rsidR="00B46B31" w:rsidRDefault="00B46B31">
      <w:pPr>
        <w:jc w:val="both"/>
      </w:pPr>
    </w:p>
    <w:p w14:paraId="32386508" w14:textId="38889F40" w:rsidR="00B46B31" w:rsidRDefault="00B46B31" w:rsidP="00B46B31">
      <w:pPr>
        <w:tabs>
          <w:tab w:val="left" w:pos="6219"/>
        </w:tabs>
        <w:jc w:val="both"/>
      </w:pPr>
      <w:r>
        <w:tab/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"/>
        <w:gridCol w:w="680"/>
        <w:gridCol w:w="7824"/>
      </w:tblGrid>
      <w:tr w:rsidR="00777207" w14:paraId="01DEF292" w14:textId="77777777">
        <w:trPr>
          <w:tblHeader/>
          <w:jc w:val="center"/>
        </w:trPr>
        <w:tc>
          <w:tcPr>
            <w:tcW w:w="10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76D530" w14:textId="77777777" w:rsidR="00777207" w:rsidRDefault="003941F0">
            <w:pPr>
              <w:jc w:val="center"/>
            </w:pPr>
            <w:r>
              <w:rPr>
                <w:b/>
                <w:color w:val="FFFFFF"/>
                <w:sz w:val="18"/>
              </w:rPr>
              <w:lastRenderedPageBreak/>
              <w:t>Scelta</w:t>
            </w:r>
          </w:p>
        </w:tc>
        <w:tc>
          <w:tcPr>
            <w:tcW w:w="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DD4C34" w14:textId="77777777" w:rsidR="00777207" w:rsidRDefault="003941F0">
            <w:pPr>
              <w:jc w:val="center"/>
            </w:pPr>
            <w:r>
              <w:rPr>
                <w:b/>
                <w:color w:val="FFFFFF"/>
                <w:sz w:val="18"/>
              </w:rPr>
              <w:t>N.</w:t>
            </w:r>
          </w:p>
        </w:tc>
        <w:tc>
          <w:tcPr>
            <w:tcW w:w="7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C168D0" w14:textId="77777777" w:rsidR="00777207" w:rsidRDefault="003941F0">
            <w:pPr>
              <w:jc w:val="center"/>
            </w:pPr>
            <w:r>
              <w:rPr>
                <w:b/>
                <w:color w:val="FFFFFF"/>
                <w:sz w:val="18"/>
              </w:rPr>
              <w:t>Modulo</w:t>
            </w:r>
          </w:p>
        </w:tc>
      </w:tr>
      <w:tr w:rsidR="00777207" w14:paraId="2F52301C" w14:textId="77777777">
        <w:trPr>
          <w:cantSplit/>
          <w:jc w:val="center"/>
        </w:trPr>
        <w:tc>
          <w:tcPr>
            <w:tcW w:w="10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0C79F1" w14:textId="77777777" w:rsidR="00777207" w:rsidRDefault="003941F0">
            <w:pPr>
              <w:jc w:val="center"/>
            </w:pPr>
            <w:r>
              <w:rPr>
                <w:color w:val="000000"/>
                <w:sz w:val="18"/>
              </w:rPr>
              <w:t>☐</w:t>
            </w:r>
          </w:p>
        </w:tc>
        <w:tc>
          <w:tcPr>
            <w:tcW w:w="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F0784" w14:textId="77777777" w:rsidR="00777207" w:rsidRDefault="003941F0"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C0322F" w14:textId="77777777" w:rsidR="00777207" w:rsidRDefault="003941F0">
            <w:pPr>
              <w:jc w:val="center"/>
            </w:pPr>
            <w:r>
              <w:rPr>
                <w:color w:val="000000"/>
                <w:sz w:val="18"/>
              </w:rPr>
              <w:t>English for Life Bovino</w:t>
            </w:r>
          </w:p>
        </w:tc>
      </w:tr>
      <w:tr w:rsidR="00777207" w14:paraId="0785B25A" w14:textId="77777777">
        <w:trPr>
          <w:cantSplit/>
          <w:jc w:val="center"/>
        </w:trPr>
        <w:tc>
          <w:tcPr>
            <w:tcW w:w="10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0C5F89" w14:textId="77777777" w:rsidR="00777207" w:rsidRDefault="003941F0">
            <w:pPr>
              <w:jc w:val="center"/>
            </w:pPr>
            <w:r>
              <w:rPr>
                <w:color w:val="000000"/>
                <w:sz w:val="18"/>
              </w:rPr>
              <w:t>☐</w:t>
            </w:r>
          </w:p>
        </w:tc>
        <w:tc>
          <w:tcPr>
            <w:tcW w:w="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BA01E9" w14:textId="77777777" w:rsidR="00777207" w:rsidRDefault="003941F0"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E7F3EE" w14:textId="77777777" w:rsidR="00777207" w:rsidRDefault="003941F0">
            <w:pPr>
              <w:jc w:val="center"/>
            </w:pPr>
            <w:r>
              <w:rPr>
                <w:color w:val="000000"/>
                <w:sz w:val="18"/>
              </w:rPr>
              <w:t>English for Life Castelluccio</w:t>
            </w:r>
          </w:p>
        </w:tc>
      </w:tr>
      <w:tr w:rsidR="00777207" w14:paraId="42431DB0" w14:textId="77777777">
        <w:trPr>
          <w:cantSplit/>
          <w:jc w:val="center"/>
        </w:trPr>
        <w:tc>
          <w:tcPr>
            <w:tcW w:w="10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17E5B6" w14:textId="77777777" w:rsidR="00777207" w:rsidRDefault="003941F0">
            <w:pPr>
              <w:jc w:val="center"/>
            </w:pPr>
            <w:r>
              <w:rPr>
                <w:color w:val="000000"/>
                <w:sz w:val="18"/>
              </w:rPr>
              <w:t>☐</w:t>
            </w:r>
          </w:p>
        </w:tc>
        <w:tc>
          <w:tcPr>
            <w:tcW w:w="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447BD" w14:textId="77777777" w:rsidR="00777207" w:rsidRDefault="003941F0"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10895" w14:textId="77777777" w:rsidR="00777207" w:rsidRDefault="003941F0">
            <w:pPr>
              <w:jc w:val="center"/>
            </w:pPr>
            <w:r>
              <w:rPr>
                <w:color w:val="000000"/>
                <w:sz w:val="18"/>
              </w:rPr>
              <w:t>English for Life Panni</w:t>
            </w:r>
          </w:p>
        </w:tc>
      </w:tr>
      <w:tr w:rsidR="00777207" w14:paraId="5CA6AD3F" w14:textId="77777777">
        <w:trPr>
          <w:cantSplit/>
          <w:jc w:val="center"/>
        </w:trPr>
        <w:tc>
          <w:tcPr>
            <w:tcW w:w="10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6AF72" w14:textId="77777777" w:rsidR="00777207" w:rsidRDefault="003941F0">
            <w:pPr>
              <w:jc w:val="center"/>
            </w:pPr>
            <w:r>
              <w:rPr>
                <w:color w:val="000000"/>
                <w:sz w:val="18"/>
              </w:rPr>
              <w:t>☐</w:t>
            </w:r>
          </w:p>
        </w:tc>
        <w:tc>
          <w:tcPr>
            <w:tcW w:w="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57F54" w14:textId="77777777" w:rsidR="00777207" w:rsidRDefault="003941F0"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C2AE55" w14:textId="77777777" w:rsidR="00777207" w:rsidRDefault="003941F0">
            <w:pPr>
              <w:jc w:val="center"/>
            </w:pPr>
            <w:r>
              <w:rPr>
                <w:color w:val="000000"/>
                <w:sz w:val="18"/>
              </w:rPr>
              <w:t>Programmare il futuro - Liceo scientifico</w:t>
            </w:r>
          </w:p>
        </w:tc>
      </w:tr>
      <w:tr w:rsidR="00777207" w14:paraId="33FE2D71" w14:textId="77777777">
        <w:trPr>
          <w:cantSplit/>
          <w:jc w:val="center"/>
        </w:trPr>
        <w:tc>
          <w:tcPr>
            <w:tcW w:w="10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136D6" w14:textId="77777777" w:rsidR="00777207" w:rsidRDefault="003941F0">
            <w:pPr>
              <w:jc w:val="center"/>
            </w:pPr>
            <w:r>
              <w:rPr>
                <w:color w:val="000000"/>
                <w:sz w:val="18"/>
              </w:rPr>
              <w:t>☐</w:t>
            </w:r>
          </w:p>
        </w:tc>
        <w:tc>
          <w:tcPr>
            <w:tcW w:w="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16744" w14:textId="77777777" w:rsidR="00777207" w:rsidRDefault="003941F0"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36608" w14:textId="77777777" w:rsidR="00777207" w:rsidRDefault="003941F0">
            <w:pPr>
              <w:jc w:val="center"/>
            </w:pPr>
            <w:r>
              <w:rPr>
                <w:color w:val="000000"/>
                <w:sz w:val="18"/>
              </w:rPr>
              <w:t>Officina Robotica - IPSIA</w:t>
            </w:r>
          </w:p>
        </w:tc>
      </w:tr>
    </w:tbl>
    <w:p w14:paraId="392212D4" w14:textId="77777777" w:rsidR="00777207" w:rsidRDefault="003941F0">
      <w:pPr>
        <w:jc w:val="both"/>
      </w:pPr>
      <w:r>
        <w:t>A tal fine, consapevole delle responsabilità penali previste in caso di dichiarazioni mendaci ai sensi del D.P.R. 445/2000,</w:t>
      </w:r>
    </w:p>
    <w:p w14:paraId="6B39337E" w14:textId="77777777" w:rsidR="00777207" w:rsidRDefault="003941F0">
      <w:pPr>
        <w:jc w:val="center"/>
      </w:pPr>
      <w:r>
        <w:rPr>
          <w:b/>
          <w:color w:val="000000"/>
          <w:sz w:val="24"/>
        </w:rPr>
        <w:t>DICHIARA</w:t>
      </w:r>
    </w:p>
    <w:p w14:paraId="0C7958DF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possedere tutti i requisiti generali e specifici previsti dall’avviso;</w:t>
      </w:r>
    </w:p>
    <w:p w14:paraId="26530C4D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essere in servizio presso __________________________________ con la qualifica di __________________________________;</w:t>
      </w:r>
    </w:p>
    <w:p w14:paraId="5B0B9CAB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per la candidatura a tutor, di appartenere al grado di istruzione: ☐ primaria  ☐ secondaria di secondo grado;</w:t>
      </w:r>
    </w:p>
    <w:p w14:paraId="67863CE3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aver preso visione integrale dell’avviso e di accettarne tutte le condizioni;</w:t>
      </w:r>
    </w:p>
    <w:p w14:paraId="23DAB878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che i titoli e le esperienze indicati nel curriculum e nell’Allegato B sono veritieri, pertinenti e documentabili;</w:t>
      </w:r>
    </w:p>
    <w:p w14:paraId="18E38B91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garantire la disponibilità per l’intera durata dell’incarico e la compatibilità con il calendario;</w:t>
      </w:r>
    </w:p>
    <w:p w14:paraId="6C6E0773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impegnarsi a comunicare tempestivamente ogni variazione o causa di incompatibilità;</w:t>
      </w:r>
    </w:p>
    <w:p w14:paraId="5420B572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di autorizzare il trattamento dei dati personali per le finalità della procedura.</w:t>
      </w:r>
    </w:p>
    <w:p w14:paraId="3730E19D" w14:textId="77777777" w:rsidR="006D4069" w:rsidRDefault="006D4069">
      <w:pPr>
        <w:rPr>
          <w:b/>
          <w:color w:val="000000"/>
        </w:rPr>
      </w:pPr>
    </w:p>
    <w:p w14:paraId="05DDBB32" w14:textId="2D97E4CA" w:rsidR="00777207" w:rsidRDefault="003941F0">
      <w:r>
        <w:rPr>
          <w:b/>
          <w:color w:val="000000"/>
        </w:rPr>
        <w:t>Allega:</w:t>
      </w:r>
    </w:p>
    <w:p w14:paraId="26632C68" w14:textId="677508A9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 xml:space="preserve">☐ </w:t>
      </w:r>
      <w:r w:rsidR="00012DF8">
        <w:rPr>
          <w:color w:val="000000"/>
          <w:sz w:val="20"/>
        </w:rPr>
        <w:t xml:space="preserve">Modulo </w:t>
      </w:r>
      <w:r>
        <w:rPr>
          <w:color w:val="000000"/>
          <w:sz w:val="20"/>
        </w:rPr>
        <w:t>B compilato e sottoscritto;</w:t>
      </w:r>
    </w:p>
    <w:p w14:paraId="45AB50F2" w14:textId="5CCF27C9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 xml:space="preserve">☐ </w:t>
      </w:r>
      <w:r w:rsidR="00012DF8">
        <w:rPr>
          <w:color w:val="000000"/>
          <w:sz w:val="20"/>
        </w:rPr>
        <w:t xml:space="preserve">Modulo </w:t>
      </w:r>
      <w:r>
        <w:rPr>
          <w:color w:val="000000"/>
          <w:sz w:val="20"/>
        </w:rPr>
        <w:t>C compilato e sottoscritto;</w:t>
      </w:r>
    </w:p>
    <w:p w14:paraId="584D3279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curriculum vitae in formato europeo, datato e firmato;</w:t>
      </w:r>
    </w:p>
    <w:p w14:paraId="24962EA4" w14:textId="77777777" w:rsidR="00777207" w:rsidRDefault="003941F0">
      <w:pPr>
        <w:pStyle w:val="Puntoelenco"/>
        <w:spacing w:after="30"/>
        <w:ind w:left="312" w:hanging="142"/>
        <w:jc w:val="both"/>
      </w:pPr>
      <w:r>
        <w:rPr>
          <w:color w:val="000000"/>
          <w:sz w:val="20"/>
        </w:rPr>
        <w:t>☐ copia del documento di identità in corso di validità, se necessaria;</w:t>
      </w:r>
    </w:p>
    <w:p w14:paraId="42975A42" w14:textId="77777777" w:rsidR="00012DF8" w:rsidRDefault="00012DF8">
      <w:pPr>
        <w:spacing w:before="100"/>
        <w:rPr>
          <w:color w:val="000000"/>
          <w:sz w:val="20"/>
        </w:rPr>
      </w:pPr>
    </w:p>
    <w:p w14:paraId="7D2F28D4" w14:textId="77777777" w:rsidR="00012DF8" w:rsidRDefault="00012DF8">
      <w:pPr>
        <w:spacing w:before="100"/>
        <w:rPr>
          <w:color w:val="000000"/>
          <w:sz w:val="20"/>
        </w:rPr>
      </w:pPr>
    </w:p>
    <w:p w14:paraId="12EB8618" w14:textId="77777777" w:rsidR="00012DF8" w:rsidRDefault="00012DF8">
      <w:pPr>
        <w:spacing w:before="100"/>
        <w:rPr>
          <w:color w:val="000000"/>
          <w:sz w:val="20"/>
        </w:rPr>
      </w:pPr>
    </w:p>
    <w:p w14:paraId="6D48A524" w14:textId="153E5264" w:rsidR="00777207" w:rsidRDefault="003941F0">
      <w:pPr>
        <w:spacing w:before="100"/>
      </w:pPr>
      <w:r>
        <w:rPr>
          <w:color w:val="000000"/>
          <w:sz w:val="20"/>
        </w:rPr>
        <w:t>Luogo e data ........................................................        Firma ........................................................</w:t>
      </w:r>
    </w:p>
    <w:sectPr w:rsidR="00777207" w:rsidSect="00034616">
      <w:footerReference w:type="default" r:id="rId16"/>
      <w:pgSz w:w="11906" w:h="16838"/>
      <w:pgMar w:top="709" w:right="907" w:bottom="709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0FC7A" w14:textId="77777777" w:rsidR="0069315C" w:rsidRDefault="0069315C">
      <w:pPr>
        <w:spacing w:after="0" w:line="240" w:lineRule="auto"/>
      </w:pPr>
      <w:r>
        <w:separator/>
      </w:r>
    </w:p>
  </w:endnote>
  <w:endnote w:type="continuationSeparator" w:id="0">
    <w:p w14:paraId="7C85041A" w14:textId="77777777" w:rsidR="0069315C" w:rsidRDefault="00693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5F01E" w14:textId="5284E466" w:rsidR="00777207" w:rsidRDefault="003941F0">
    <w:pPr>
      <w:pStyle w:val="Pidipagina"/>
      <w:jc w:val="center"/>
    </w:pPr>
    <w:r>
      <w:rPr>
        <w:color w:val="000000"/>
        <w:sz w:val="16"/>
      </w:rPr>
      <w:t xml:space="preserve">Crescere Insieme | CUP I84D26003100007 | Pagina </w:t>
    </w:r>
    <w:r>
      <w:rPr>
        <w:color w:val="000000"/>
        <w:sz w:val="16"/>
      </w:rPr>
      <w:fldChar w:fldCharType="begin"/>
    </w:r>
    <w:r>
      <w:rPr>
        <w:color w:val="000000"/>
        <w:sz w:val="16"/>
      </w:rPr>
      <w:instrText xml:space="preserve"> PAGE </w:instrText>
    </w:r>
    <w:r>
      <w:rPr>
        <w:color w:val="000000"/>
        <w:sz w:val="16"/>
      </w:rPr>
      <w:fldChar w:fldCharType="separate"/>
    </w:r>
    <w:r w:rsidR="000938DD">
      <w:rPr>
        <w:noProof/>
        <w:color w:val="000000"/>
        <w:sz w:val="16"/>
      </w:rPr>
      <w:t>1</w:t>
    </w:r>
    <w:r>
      <w:rPr>
        <w:color w:val="00000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F3D68" w14:textId="77777777" w:rsidR="0069315C" w:rsidRDefault="0069315C">
      <w:pPr>
        <w:spacing w:after="0" w:line="240" w:lineRule="auto"/>
      </w:pPr>
      <w:r>
        <w:separator/>
      </w:r>
    </w:p>
  </w:footnote>
  <w:footnote w:type="continuationSeparator" w:id="0">
    <w:p w14:paraId="60F33EDB" w14:textId="77777777" w:rsidR="0069315C" w:rsidRDefault="00693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2214749">
    <w:abstractNumId w:val="8"/>
  </w:num>
  <w:num w:numId="2" w16cid:durableId="474958199">
    <w:abstractNumId w:val="6"/>
  </w:num>
  <w:num w:numId="3" w16cid:durableId="1519390066">
    <w:abstractNumId w:val="5"/>
  </w:num>
  <w:num w:numId="4" w16cid:durableId="5986009">
    <w:abstractNumId w:val="4"/>
  </w:num>
  <w:num w:numId="5" w16cid:durableId="2002002484">
    <w:abstractNumId w:val="7"/>
  </w:num>
  <w:num w:numId="6" w16cid:durableId="1656178255">
    <w:abstractNumId w:val="3"/>
  </w:num>
  <w:num w:numId="7" w16cid:durableId="800153311">
    <w:abstractNumId w:val="2"/>
  </w:num>
  <w:num w:numId="8" w16cid:durableId="1963802535">
    <w:abstractNumId w:val="1"/>
  </w:num>
  <w:num w:numId="9" w16cid:durableId="145517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DF8"/>
    <w:rsid w:val="00017BB7"/>
    <w:rsid w:val="00034616"/>
    <w:rsid w:val="0006063C"/>
    <w:rsid w:val="000938DD"/>
    <w:rsid w:val="0015074B"/>
    <w:rsid w:val="00283FC2"/>
    <w:rsid w:val="00285F32"/>
    <w:rsid w:val="0029639D"/>
    <w:rsid w:val="00326F90"/>
    <w:rsid w:val="003941F0"/>
    <w:rsid w:val="004E5C6C"/>
    <w:rsid w:val="00625843"/>
    <w:rsid w:val="0069315C"/>
    <w:rsid w:val="006D4069"/>
    <w:rsid w:val="00777207"/>
    <w:rsid w:val="00822E1B"/>
    <w:rsid w:val="00A107F4"/>
    <w:rsid w:val="00AA1D8D"/>
    <w:rsid w:val="00B344C4"/>
    <w:rsid w:val="00B46B31"/>
    <w:rsid w:val="00B47730"/>
    <w:rsid w:val="00CB0664"/>
    <w:rsid w:val="00E51D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1F2839D-E822-4C47-BADD-6A3DA2407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47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B3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mnicomprensivobovino.edu.it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gic81600n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gic81600n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gic81600n@pec.istruzione.it" TargetMode="External"/><Relationship Id="rId10" Type="http://schemas.openxmlformats.org/officeDocument/2006/relationships/hyperlink" Target="http://www.omnicomprensivobovino.edu.i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fgic816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Domanda di partecipazione</dc:title>
  <dc:subject/>
  <dc:creator>Istituto Omnicomprensivo dei Monti Dauni</dc:creator>
  <cp:keywords/>
  <dc:description>generated by python-docx</dc:description>
  <cp:lastModifiedBy>DSGA</cp:lastModifiedBy>
  <cp:revision>3</cp:revision>
  <dcterms:created xsi:type="dcterms:W3CDTF">2026-09-24T10:13:00Z</dcterms:created>
  <dcterms:modified xsi:type="dcterms:W3CDTF">2026-09-24T11:42:00Z</dcterms:modified>
  <cp:category/>
</cp:coreProperties>
</file>