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89B41" w14:textId="77777777" w:rsidR="000020C7" w:rsidRPr="003F06F7" w:rsidRDefault="004C074A">
      <w:pPr>
        <w:spacing w:after="0"/>
        <w:jc w:val="center"/>
        <w:rPr>
          <w:rFonts w:ascii="Times New Roman" w:hAnsi="Times New Roman" w:cs="Times New Roman"/>
          <w:sz w:val="22"/>
        </w:rPr>
      </w:pPr>
      <w:r w:rsidRPr="003F06F7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24E04801" wp14:editId="4B370729">
            <wp:extent cx="6120000" cy="10532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05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1A592" w14:textId="3A246319" w:rsidR="000020C7" w:rsidRPr="003F06F7" w:rsidRDefault="00A91C7A" w:rsidP="00A91C7A">
      <w:pPr>
        <w:spacing w:after="20"/>
        <w:ind w:firstLine="284"/>
        <w:jc w:val="center"/>
        <w:rPr>
          <w:rFonts w:ascii="Times New Roman" w:hAnsi="Times New Roman" w:cs="Times New Roman"/>
          <w:sz w:val="22"/>
        </w:rPr>
      </w:pPr>
      <w:r w:rsidRPr="003F06F7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20FA8FB3" wp14:editId="476782CB">
            <wp:extent cx="5622758" cy="1482179"/>
            <wp:effectExtent l="0" t="0" r="0" b="0"/>
            <wp:docPr id="213537955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704" cy="1490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074A" w:rsidRPr="003F06F7">
        <w:rPr>
          <w:rFonts w:ascii="Times New Roman" w:hAnsi="Times New Roman" w:cs="Times New Roman"/>
          <w:b/>
          <w:color w:val="000000"/>
          <w:sz w:val="22"/>
        </w:rPr>
        <w:t>ALLEGATO 2</w:t>
      </w:r>
    </w:p>
    <w:p w14:paraId="235A49AA" w14:textId="02FB4C5D" w:rsidR="00A91C7A" w:rsidRPr="003F06F7" w:rsidRDefault="004C074A" w:rsidP="003F06F7">
      <w:pPr>
        <w:jc w:val="right"/>
        <w:rPr>
          <w:rFonts w:ascii="Times New Roman" w:hAnsi="Times New Roman" w:cs="Times New Roman"/>
          <w:color w:val="000000"/>
          <w:sz w:val="22"/>
        </w:rPr>
      </w:pPr>
      <w:r w:rsidRPr="003F06F7">
        <w:rPr>
          <w:rFonts w:ascii="Times New Roman" w:hAnsi="Times New Roman" w:cs="Times New Roman"/>
          <w:color w:val="000000"/>
          <w:sz w:val="22"/>
        </w:rPr>
        <w:t>Al Dirigente scolastico</w:t>
      </w:r>
      <w:r w:rsidRPr="003F06F7">
        <w:rPr>
          <w:rFonts w:ascii="Times New Roman" w:hAnsi="Times New Roman" w:cs="Times New Roman"/>
          <w:color w:val="000000"/>
          <w:sz w:val="22"/>
        </w:rPr>
        <w:br/>
        <w:t>Istituto Omnicomprensivo d</w:t>
      </w:r>
      <w:r w:rsidR="00A91C7A" w:rsidRPr="003F06F7">
        <w:rPr>
          <w:rFonts w:ascii="Times New Roman" w:hAnsi="Times New Roman" w:cs="Times New Roman"/>
          <w:color w:val="000000"/>
          <w:sz w:val="22"/>
        </w:rPr>
        <w:t>i Bovino</w:t>
      </w:r>
    </w:p>
    <w:p w14:paraId="0584014A" w14:textId="77777777" w:rsidR="00A91C7A" w:rsidRPr="003F06F7" w:rsidRDefault="00A91C7A">
      <w:pPr>
        <w:jc w:val="right"/>
        <w:rPr>
          <w:rFonts w:ascii="Times New Roman" w:hAnsi="Times New Roman" w:cs="Times New Roman"/>
          <w:sz w:val="22"/>
        </w:rPr>
      </w:pPr>
    </w:p>
    <w:p w14:paraId="48A1CD99" w14:textId="77777777" w:rsidR="000020C7" w:rsidRPr="003F06F7" w:rsidRDefault="004C074A">
      <w:pPr>
        <w:spacing w:after="40"/>
        <w:jc w:val="both"/>
        <w:rPr>
          <w:rFonts w:ascii="Times New Roman" w:hAnsi="Times New Roman" w:cs="Times New Roman"/>
          <w:sz w:val="22"/>
        </w:rPr>
      </w:pPr>
      <w:r w:rsidRPr="003F06F7">
        <w:rPr>
          <w:rFonts w:ascii="Times New Roman" w:hAnsi="Times New Roman" w:cs="Times New Roman"/>
          <w:b/>
          <w:color w:val="000000"/>
          <w:sz w:val="22"/>
        </w:rPr>
        <w:t>Fondi Strutturali Europei - Programma Nazionale “Scuola e competenze” 2021-2027 - Fondo sociale europeo plus FSE+ - Priorità 01 - Obiettivo specifico ESO4.6 - Azione ESO4.6.A4 - Sottoazione ESO4.6.A4.A - Avviso pubblico prot. n. 112894 dell'11 maggio 2026, “Percorsi per il potenziamento delle competenze, l'inclusione e la socialità nel periodo di sospensione estiva delle lezioni”.</w:t>
      </w:r>
    </w:p>
    <w:p w14:paraId="02595209" w14:textId="77777777" w:rsidR="000020C7" w:rsidRPr="003F06F7" w:rsidRDefault="004C074A">
      <w:pPr>
        <w:rPr>
          <w:rFonts w:ascii="Times New Roman" w:hAnsi="Times New Roman" w:cs="Times New Roman"/>
          <w:color w:val="000000"/>
          <w:sz w:val="22"/>
        </w:rPr>
      </w:pPr>
      <w:r w:rsidRPr="003F06F7">
        <w:rPr>
          <w:rFonts w:ascii="Times New Roman" w:hAnsi="Times New Roman" w:cs="Times New Roman"/>
          <w:b/>
          <w:color w:val="000000"/>
          <w:sz w:val="22"/>
        </w:rPr>
        <w:t xml:space="preserve">CUP: </w:t>
      </w:r>
      <w:r w:rsidRPr="003F06F7">
        <w:rPr>
          <w:rFonts w:ascii="Times New Roman" w:hAnsi="Times New Roman" w:cs="Times New Roman"/>
          <w:color w:val="000000"/>
          <w:sz w:val="22"/>
        </w:rPr>
        <w:t>I84D26003100007</w:t>
      </w:r>
      <w:r w:rsidRPr="003F06F7">
        <w:rPr>
          <w:rFonts w:ascii="Times New Roman" w:hAnsi="Times New Roman" w:cs="Times New Roman"/>
          <w:b/>
          <w:color w:val="000000"/>
          <w:sz w:val="22"/>
        </w:rPr>
        <w:t xml:space="preserve">   Codice progetto: </w:t>
      </w:r>
      <w:r w:rsidRPr="003F06F7">
        <w:rPr>
          <w:rFonts w:ascii="Times New Roman" w:hAnsi="Times New Roman" w:cs="Times New Roman"/>
          <w:color w:val="000000"/>
          <w:sz w:val="22"/>
        </w:rPr>
        <w:t>ESO4.6.A4.A-FSEPN-PU-2026-762</w:t>
      </w:r>
      <w:r w:rsidRPr="003F06F7">
        <w:rPr>
          <w:rFonts w:ascii="Times New Roman" w:hAnsi="Times New Roman" w:cs="Times New Roman"/>
          <w:b/>
          <w:color w:val="000000"/>
          <w:sz w:val="22"/>
        </w:rPr>
        <w:t xml:space="preserve">   Titolo progetto: </w:t>
      </w:r>
      <w:r w:rsidRPr="003F06F7">
        <w:rPr>
          <w:rFonts w:ascii="Times New Roman" w:hAnsi="Times New Roman" w:cs="Times New Roman"/>
          <w:color w:val="000000"/>
          <w:sz w:val="22"/>
        </w:rPr>
        <w:t>Crescere Insieme</w:t>
      </w:r>
    </w:p>
    <w:p w14:paraId="028A2CB2" w14:textId="77777777" w:rsidR="00A91C7A" w:rsidRPr="003F06F7" w:rsidRDefault="00A91C7A">
      <w:pPr>
        <w:rPr>
          <w:rFonts w:ascii="Times New Roman" w:hAnsi="Times New Roman" w:cs="Times New Roman"/>
          <w:sz w:val="22"/>
        </w:rPr>
      </w:pPr>
    </w:p>
    <w:p w14:paraId="37ACC284" w14:textId="77777777" w:rsidR="000020C7" w:rsidRPr="003F06F7" w:rsidRDefault="004C074A">
      <w:pPr>
        <w:pStyle w:val="Titolo"/>
        <w:spacing w:after="10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F06F7">
        <w:rPr>
          <w:rFonts w:ascii="Times New Roman" w:hAnsi="Times New Roman" w:cs="Times New Roman"/>
          <w:b/>
          <w:sz w:val="22"/>
          <w:szCs w:val="22"/>
        </w:rPr>
        <w:t>Scheda di valutazione dei titoli</w:t>
      </w:r>
    </w:p>
    <w:p w14:paraId="2287E60F" w14:textId="77777777" w:rsidR="00A91C7A" w:rsidRPr="003F06F7" w:rsidRDefault="00A91C7A" w:rsidP="00A91C7A">
      <w:pPr>
        <w:rPr>
          <w:rFonts w:ascii="Times New Roman" w:hAnsi="Times New Roman" w:cs="Times New Roman"/>
          <w:sz w:val="22"/>
        </w:rPr>
      </w:pPr>
    </w:p>
    <w:p w14:paraId="79AF11FA" w14:textId="77777777" w:rsidR="000020C7" w:rsidRPr="003F06F7" w:rsidRDefault="004C074A">
      <w:pPr>
        <w:spacing w:after="20"/>
        <w:rPr>
          <w:rFonts w:ascii="Times New Roman" w:hAnsi="Times New Roman" w:cs="Times New Roman"/>
          <w:sz w:val="22"/>
        </w:rPr>
      </w:pPr>
      <w:r w:rsidRPr="003F06F7">
        <w:rPr>
          <w:rFonts w:ascii="Times New Roman" w:hAnsi="Times New Roman" w:cs="Times New Roman"/>
          <w:color w:val="000000"/>
          <w:sz w:val="22"/>
        </w:rPr>
        <w:t>Il/La sottoscritto/a ______________________________ nato/a a ______________________________ il ..................</w:t>
      </w:r>
    </w:p>
    <w:p w14:paraId="4C51945D" w14:textId="77777777" w:rsidR="000020C7" w:rsidRPr="003F06F7" w:rsidRDefault="004C074A">
      <w:pPr>
        <w:spacing w:after="20"/>
        <w:rPr>
          <w:rFonts w:ascii="Times New Roman" w:hAnsi="Times New Roman" w:cs="Times New Roman"/>
          <w:sz w:val="22"/>
        </w:rPr>
      </w:pPr>
      <w:r w:rsidRPr="003F06F7">
        <w:rPr>
          <w:rFonts w:ascii="Times New Roman" w:hAnsi="Times New Roman" w:cs="Times New Roman"/>
          <w:color w:val="000000"/>
          <w:sz w:val="22"/>
        </w:rPr>
        <w:t>residente a _______________________________________ indirizzo ............................</w:t>
      </w:r>
    </w:p>
    <w:p w14:paraId="70B58707" w14:textId="77777777" w:rsidR="000020C7" w:rsidRPr="003F06F7" w:rsidRDefault="004C074A">
      <w:pPr>
        <w:spacing w:after="20"/>
        <w:rPr>
          <w:rFonts w:ascii="Times New Roman" w:hAnsi="Times New Roman" w:cs="Times New Roman"/>
          <w:color w:val="000000"/>
          <w:sz w:val="22"/>
        </w:rPr>
      </w:pPr>
      <w:r w:rsidRPr="003F06F7">
        <w:rPr>
          <w:rFonts w:ascii="Times New Roman" w:hAnsi="Times New Roman" w:cs="Times New Roman"/>
          <w:color w:val="000000"/>
          <w:sz w:val="22"/>
        </w:rPr>
        <w:t>codice fiscale ____________________________________ telefono ............................</w:t>
      </w:r>
    </w:p>
    <w:p w14:paraId="384CBD45" w14:textId="77777777" w:rsidR="00A91C7A" w:rsidRPr="003F06F7" w:rsidRDefault="00A91C7A">
      <w:pPr>
        <w:spacing w:after="20"/>
        <w:rPr>
          <w:rFonts w:ascii="Times New Roman" w:hAnsi="Times New Roman" w:cs="Times New Roman"/>
          <w:sz w:val="22"/>
        </w:rPr>
      </w:pPr>
    </w:p>
    <w:p w14:paraId="7F0A102D" w14:textId="77777777" w:rsidR="000020C7" w:rsidRPr="003F06F7" w:rsidRDefault="004C074A">
      <w:pPr>
        <w:spacing w:after="20"/>
        <w:rPr>
          <w:rFonts w:ascii="Times New Roman" w:hAnsi="Times New Roman" w:cs="Times New Roman"/>
          <w:sz w:val="22"/>
        </w:rPr>
      </w:pPr>
      <w:r w:rsidRPr="003F06F7">
        <w:rPr>
          <w:rFonts w:ascii="Times New Roman" w:hAnsi="Times New Roman" w:cs="Times New Roman"/>
          <w:color w:val="000000"/>
          <w:sz w:val="22"/>
        </w:rPr>
        <w:t>e-mail / PEC ......................................................................</w:t>
      </w:r>
    </w:p>
    <w:p w14:paraId="401B7945" w14:textId="77777777" w:rsidR="000020C7" w:rsidRPr="003F06F7" w:rsidRDefault="004C074A">
      <w:pPr>
        <w:jc w:val="center"/>
        <w:rPr>
          <w:rFonts w:ascii="Times New Roman" w:hAnsi="Times New Roman" w:cs="Times New Roman"/>
          <w:sz w:val="22"/>
        </w:rPr>
      </w:pPr>
      <w:r w:rsidRPr="003F06F7">
        <w:rPr>
          <w:rFonts w:ascii="Times New Roman" w:hAnsi="Times New Roman" w:cs="Times New Roman"/>
          <w:b/>
          <w:color w:val="000000"/>
          <w:sz w:val="22"/>
        </w:rPr>
        <w:t>Candidatura per l’incarico di REFERENTE DEL PROGETTO “CRESCERE INSIEME”</w:t>
      </w:r>
    </w:p>
    <w:p w14:paraId="79082DB2" w14:textId="77777777" w:rsidR="000020C7" w:rsidRPr="003F06F7" w:rsidRDefault="004C074A">
      <w:pPr>
        <w:jc w:val="center"/>
        <w:rPr>
          <w:rFonts w:ascii="Times New Roman" w:hAnsi="Times New Roman" w:cs="Times New Roman"/>
          <w:sz w:val="22"/>
        </w:rPr>
      </w:pPr>
      <w:r w:rsidRPr="003F06F7">
        <w:rPr>
          <w:rFonts w:ascii="Times New Roman" w:hAnsi="Times New Roman" w:cs="Times New Roman"/>
          <w:b/>
          <w:color w:val="000000"/>
          <w:sz w:val="22"/>
        </w:rPr>
        <w:t>DICHIARA</w:t>
      </w:r>
    </w:p>
    <w:p w14:paraId="49CDF981" w14:textId="77777777" w:rsidR="000020C7" w:rsidRPr="003F06F7" w:rsidRDefault="004C074A">
      <w:pPr>
        <w:jc w:val="both"/>
        <w:rPr>
          <w:rFonts w:ascii="Times New Roman" w:hAnsi="Times New Roman" w:cs="Times New Roman"/>
          <w:sz w:val="22"/>
        </w:rPr>
      </w:pPr>
      <w:r w:rsidRPr="003F06F7">
        <w:rPr>
          <w:rFonts w:ascii="Times New Roman" w:hAnsi="Times New Roman" w:cs="Times New Roman"/>
          <w:sz w:val="22"/>
        </w:rPr>
        <w:t>Ai sensi e per gli effetti del D.P.R. n. 445/2000, di essere in possesso dei seguenti titoli valutabili, per un totale di punti ____________________.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3175"/>
        <w:gridCol w:w="3175"/>
      </w:tblGrid>
      <w:tr w:rsidR="000020C7" w:rsidRPr="003F06F7" w14:paraId="0196FB35" w14:textId="77777777" w:rsidTr="00A91C7A">
        <w:trPr>
          <w:trHeight w:val="510"/>
          <w:tblHeader/>
          <w:jc w:val="center"/>
        </w:trPr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7DE99CCE" w14:textId="77777777" w:rsidR="000020C7" w:rsidRPr="003F06F7" w:rsidRDefault="004C074A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3F06F7">
              <w:rPr>
                <w:rFonts w:ascii="Times New Roman" w:hAnsi="Times New Roman" w:cs="Times New Roman"/>
                <w:b/>
                <w:color w:val="000000"/>
                <w:sz w:val="22"/>
              </w:rPr>
              <w:t>Criteri e punteggi</w:t>
            </w:r>
          </w:p>
        </w:tc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06318DF7" w14:textId="77777777" w:rsidR="000020C7" w:rsidRPr="003F06F7" w:rsidRDefault="004C074A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3F06F7">
              <w:rPr>
                <w:rFonts w:ascii="Times New Roman" w:hAnsi="Times New Roman" w:cs="Times New Roman"/>
                <w:b/>
                <w:color w:val="000000"/>
                <w:sz w:val="22"/>
              </w:rPr>
              <w:t>Punteggi</w:t>
            </w:r>
          </w:p>
        </w:tc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361FEB69" w14:textId="77777777" w:rsidR="000020C7" w:rsidRPr="003F06F7" w:rsidRDefault="004C074A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3F06F7">
              <w:rPr>
                <w:rFonts w:ascii="Times New Roman" w:hAnsi="Times New Roman" w:cs="Times New Roman"/>
                <w:b/>
                <w:color w:val="000000"/>
                <w:sz w:val="22"/>
              </w:rPr>
              <w:t>Punteggio attribuito</w:t>
            </w:r>
          </w:p>
        </w:tc>
      </w:tr>
      <w:tr w:rsidR="000020C7" w:rsidRPr="003F06F7" w14:paraId="0E82C453" w14:textId="77777777" w:rsidTr="00A91C7A">
        <w:trPr>
          <w:cantSplit/>
          <w:trHeight w:val="510"/>
          <w:jc w:val="center"/>
        </w:trPr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182FCE7D" w14:textId="77777777" w:rsidR="000020C7" w:rsidRPr="003F06F7" w:rsidRDefault="004C074A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t>Anzianità di servizio (ruolo)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Max 10 punti</w:t>
            </w:r>
          </w:p>
        </w:tc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7D1147A8" w14:textId="77777777" w:rsidR="000020C7" w:rsidRPr="003F06F7" w:rsidRDefault="004C074A">
            <w:pPr>
              <w:spacing w:after="0" w:line="228" w:lineRule="auto"/>
              <w:rPr>
                <w:rFonts w:ascii="Times New Roman" w:hAnsi="Times New Roman" w:cs="Times New Roman"/>
                <w:sz w:val="22"/>
              </w:rPr>
            </w:pP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t>Da 1 a 5 anni: 3 punti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Da 6 a 10 anni: 6 punti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Da 11 anni in poi: 10 punti</w:t>
            </w:r>
          </w:p>
        </w:tc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1AF6F0DB" w14:textId="77777777" w:rsidR="000020C7" w:rsidRPr="003F06F7" w:rsidRDefault="000020C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0C7" w:rsidRPr="003F06F7" w14:paraId="55AC5952" w14:textId="77777777" w:rsidTr="00A91C7A">
        <w:trPr>
          <w:cantSplit/>
          <w:trHeight w:val="510"/>
          <w:jc w:val="center"/>
        </w:trPr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49B2518F" w14:textId="77777777" w:rsidR="000020C7" w:rsidRPr="003F06F7" w:rsidRDefault="004C074A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t>Titolo di Studio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Laurea Magistrale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Max 14 punti</w:t>
            </w:r>
          </w:p>
        </w:tc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58EFB7A2" w14:textId="77777777" w:rsidR="000020C7" w:rsidRPr="003F06F7" w:rsidRDefault="004C074A">
            <w:pPr>
              <w:spacing w:after="0" w:line="228" w:lineRule="auto"/>
              <w:rPr>
                <w:rFonts w:ascii="Times New Roman" w:hAnsi="Times New Roman" w:cs="Times New Roman"/>
                <w:sz w:val="22"/>
              </w:rPr>
            </w:pP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t>Da 66 a 98: 9 punti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Da 99 a 110: 12 punti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110/110 e lode: 14 punti</w:t>
            </w:r>
          </w:p>
        </w:tc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7F64B623" w14:textId="77777777" w:rsidR="000020C7" w:rsidRPr="003F06F7" w:rsidRDefault="000020C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0C7" w:rsidRPr="003F06F7" w14:paraId="4B72A60B" w14:textId="77777777" w:rsidTr="00A91C7A">
        <w:trPr>
          <w:cantSplit/>
          <w:trHeight w:val="510"/>
          <w:jc w:val="center"/>
        </w:trPr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4FEB7B53" w14:textId="77777777" w:rsidR="000020C7" w:rsidRPr="003F06F7" w:rsidRDefault="004C074A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t>Titolo di Studio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Laurea Triennale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Da valutare solo in assenza di Laurea Magistrale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Max 12 punti</w:t>
            </w:r>
          </w:p>
        </w:tc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17E70582" w14:textId="77777777" w:rsidR="000020C7" w:rsidRPr="003F06F7" w:rsidRDefault="004C074A">
            <w:pPr>
              <w:spacing w:after="0" w:line="228" w:lineRule="auto"/>
              <w:rPr>
                <w:rFonts w:ascii="Times New Roman" w:hAnsi="Times New Roman" w:cs="Times New Roman"/>
                <w:sz w:val="22"/>
              </w:rPr>
            </w:pP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t>Da 66 a 98: 8 punti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Da 99 a 110: 10 punti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110/110 e lode: 12 punti</w:t>
            </w:r>
          </w:p>
        </w:tc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14CB045A" w14:textId="77777777" w:rsidR="000020C7" w:rsidRPr="003F06F7" w:rsidRDefault="000020C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0C7" w:rsidRPr="003F06F7" w14:paraId="3A2F12D8" w14:textId="77777777" w:rsidTr="00A91C7A">
        <w:trPr>
          <w:cantSplit/>
          <w:trHeight w:val="510"/>
          <w:jc w:val="center"/>
        </w:trPr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0858DA6D" w14:textId="77777777" w:rsidR="000020C7" w:rsidRPr="003F06F7" w:rsidRDefault="004C074A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Titoli culturali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Max 24 punti</w:t>
            </w:r>
          </w:p>
        </w:tc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53C046B0" w14:textId="77777777" w:rsidR="000020C7" w:rsidRPr="003F06F7" w:rsidRDefault="004C074A">
            <w:pPr>
              <w:spacing w:after="0" w:line="228" w:lineRule="auto"/>
              <w:rPr>
                <w:rFonts w:ascii="Times New Roman" w:hAnsi="Times New Roman" w:cs="Times New Roman"/>
                <w:sz w:val="22"/>
              </w:rPr>
            </w:pP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t>Ulteriore laurea: 5 punti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Dottorato di Ricerca: 5 punti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Master di I o II Livello: 4 punti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Corso di perfezionamento: 2 punti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Abilitazioni all’insegnamento: 2 punti per ogni abilitazione (max 4 abilitazioni)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Collaborazioni con Enti/Università: 1 punto per ogni collaborazione (max 4 collaborazioni)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0,5 punti per corsi di formazione fino a 40 ore (max 4 corsi)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1 punto per corsi di formazione superiori a 40 ore (max 4 corsi)</w:t>
            </w:r>
          </w:p>
        </w:tc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1264A588" w14:textId="77777777" w:rsidR="000020C7" w:rsidRPr="003F06F7" w:rsidRDefault="000020C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0C7" w:rsidRPr="003F06F7" w14:paraId="6407950A" w14:textId="77777777" w:rsidTr="00A91C7A">
        <w:trPr>
          <w:cantSplit/>
          <w:trHeight w:val="510"/>
          <w:jc w:val="center"/>
        </w:trPr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3AF2CA67" w14:textId="77777777" w:rsidR="000020C7" w:rsidRPr="003F06F7" w:rsidRDefault="004C074A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t>Certificazioni linguistiche (inglese)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Max 4 punti</w:t>
            </w:r>
          </w:p>
        </w:tc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0F4B9468" w14:textId="77777777" w:rsidR="000020C7" w:rsidRPr="003F06F7" w:rsidRDefault="004C074A">
            <w:pPr>
              <w:spacing w:after="0" w:line="228" w:lineRule="auto"/>
              <w:rPr>
                <w:rFonts w:ascii="Times New Roman" w:hAnsi="Times New Roman" w:cs="Times New Roman"/>
                <w:sz w:val="22"/>
              </w:rPr>
            </w:pP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t>B1: 1 punto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B2: 2 punti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C1: 3 punti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C2: 4 punti</w:t>
            </w:r>
          </w:p>
        </w:tc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61891C17" w14:textId="77777777" w:rsidR="000020C7" w:rsidRPr="003F06F7" w:rsidRDefault="000020C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0C7" w:rsidRPr="003F06F7" w14:paraId="12ED7296" w14:textId="77777777" w:rsidTr="00A91C7A">
        <w:trPr>
          <w:cantSplit/>
          <w:trHeight w:val="510"/>
          <w:jc w:val="center"/>
        </w:trPr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11ED960C" w14:textId="77777777" w:rsidR="000020C7" w:rsidRPr="003F06F7" w:rsidRDefault="004C074A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t>Esperienze professionali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Max 48 punti</w:t>
            </w:r>
          </w:p>
        </w:tc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62A21609" w14:textId="77777777" w:rsidR="000020C7" w:rsidRPr="003F06F7" w:rsidRDefault="004C074A">
            <w:pPr>
              <w:spacing w:after="0" w:line="228" w:lineRule="auto"/>
              <w:rPr>
                <w:rFonts w:ascii="Times New Roman" w:hAnsi="Times New Roman" w:cs="Times New Roman"/>
                <w:sz w:val="22"/>
              </w:rPr>
            </w:pP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t>Referente di progetto nei PON, POC, PNRR e in altri programmi o progetti finanziati dall’Unione europea per il sistema scolastico italiano: 8 punti per ogni esperienza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Esperto in corsi PON, POC, PNRR e in altri programmi o progetti finanziati dall’Unione europea per il sistema scolastico italiano: 4 punti per ogni incarico</w:t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</w: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br/>
              <w:t>Tutor in corsi PON, POC, PNRR e in altri programmi o progetti finanziati dall’Unione europea per il sistema scolastico italiano: 2 punti per ogni incarico</w:t>
            </w:r>
          </w:p>
        </w:tc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7F3442A3" w14:textId="77777777" w:rsidR="000020C7" w:rsidRPr="003F06F7" w:rsidRDefault="000020C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20C7" w:rsidRPr="003F06F7" w14:paraId="1F3F2409" w14:textId="77777777" w:rsidTr="00A91C7A">
        <w:trPr>
          <w:cantSplit/>
          <w:trHeight w:val="510"/>
          <w:jc w:val="center"/>
        </w:trPr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3A519246" w14:textId="77777777" w:rsidR="000020C7" w:rsidRPr="003F06F7" w:rsidRDefault="004C074A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t>Totale</w:t>
            </w:r>
          </w:p>
        </w:tc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66656098" w14:textId="77777777" w:rsidR="000020C7" w:rsidRPr="003F06F7" w:rsidRDefault="004C074A">
            <w:pPr>
              <w:spacing w:after="0" w:line="228" w:lineRule="auto"/>
              <w:rPr>
                <w:rFonts w:ascii="Times New Roman" w:hAnsi="Times New Roman" w:cs="Times New Roman"/>
                <w:sz w:val="22"/>
              </w:rPr>
            </w:pPr>
            <w:r w:rsidRPr="003F06F7">
              <w:rPr>
                <w:rFonts w:ascii="Times New Roman" w:hAnsi="Times New Roman" w:cs="Times New Roman"/>
                <w:color w:val="000000"/>
                <w:sz w:val="22"/>
              </w:rPr>
              <w:t>100 punti</w:t>
            </w:r>
          </w:p>
        </w:tc>
        <w:tc>
          <w:tcPr>
            <w:tcW w:w="31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5A3786E7" w14:textId="77777777" w:rsidR="000020C7" w:rsidRPr="003F06F7" w:rsidRDefault="000020C7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43F83A45" w14:textId="77777777" w:rsidR="00A91C7A" w:rsidRPr="003F06F7" w:rsidRDefault="00A91C7A">
      <w:pPr>
        <w:spacing w:before="100"/>
        <w:rPr>
          <w:rFonts w:ascii="Times New Roman" w:hAnsi="Times New Roman" w:cs="Times New Roman"/>
          <w:color w:val="000000"/>
          <w:sz w:val="22"/>
        </w:rPr>
      </w:pPr>
    </w:p>
    <w:p w14:paraId="5456381F" w14:textId="7305E392" w:rsidR="000020C7" w:rsidRPr="003F06F7" w:rsidRDefault="004C074A">
      <w:pPr>
        <w:spacing w:before="100"/>
        <w:rPr>
          <w:rFonts w:ascii="Times New Roman" w:hAnsi="Times New Roman" w:cs="Times New Roman"/>
          <w:sz w:val="22"/>
        </w:rPr>
      </w:pPr>
      <w:r w:rsidRPr="003F06F7">
        <w:rPr>
          <w:rFonts w:ascii="Times New Roman" w:hAnsi="Times New Roman" w:cs="Times New Roman"/>
          <w:color w:val="000000"/>
          <w:sz w:val="22"/>
        </w:rPr>
        <w:t>Luogo e data ........................................................        Firma del candidato ........................................................</w:t>
      </w:r>
    </w:p>
    <w:sectPr w:rsidR="000020C7" w:rsidRPr="003F06F7" w:rsidSect="00A91C7A">
      <w:footerReference w:type="default" r:id="rId10"/>
      <w:pgSz w:w="11906" w:h="16838"/>
      <w:pgMar w:top="284" w:right="879" w:bottom="680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95133" w14:textId="77777777" w:rsidR="00E86B57" w:rsidRDefault="00E86B57">
      <w:pPr>
        <w:spacing w:after="0"/>
      </w:pPr>
      <w:r>
        <w:separator/>
      </w:r>
    </w:p>
  </w:endnote>
  <w:endnote w:type="continuationSeparator" w:id="0">
    <w:p w14:paraId="23F9C20E" w14:textId="77777777" w:rsidR="00E86B57" w:rsidRDefault="00E86B5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810E" w14:textId="77777777" w:rsidR="000020C7" w:rsidRDefault="004C074A">
    <w:pPr>
      <w:pStyle w:val="Pidipagina"/>
      <w:jc w:val="center"/>
    </w:pPr>
    <w:r>
      <w:rPr>
        <w:color w:val="000000"/>
        <w:sz w:val="15"/>
      </w:rPr>
      <w:t>Crescere Insieme | CUP I84D26003100007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5B5B6" w14:textId="77777777" w:rsidR="00E86B57" w:rsidRDefault="00E86B57">
      <w:pPr>
        <w:spacing w:after="0"/>
      </w:pPr>
      <w:r>
        <w:separator/>
      </w:r>
    </w:p>
  </w:footnote>
  <w:footnote w:type="continuationSeparator" w:id="0">
    <w:p w14:paraId="5946E049" w14:textId="77777777" w:rsidR="00E86B57" w:rsidRDefault="00E86B5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0183005">
    <w:abstractNumId w:val="8"/>
  </w:num>
  <w:num w:numId="2" w16cid:durableId="1599095307">
    <w:abstractNumId w:val="6"/>
  </w:num>
  <w:num w:numId="3" w16cid:durableId="1175804279">
    <w:abstractNumId w:val="5"/>
  </w:num>
  <w:num w:numId="4" w16cid:durableId="1845247468">
    <w:abstractNumId w:val="4"/>
  </w:num>
  <w:num w:numId="5" w16cid:durableId="1752307657">
    <w:abstractNumId w:val="7"/>
  </w:num>
  <w:num w:numId="6" w16cid:durableId="1836191692">
    <w:abstractNumId w:val="3"/>
  </w:num>
  <w:num w:numId="7" w16cid:durableId="604730374">
    <w:abstractNumId w:val="2"/>
  </w:num>
  <w:num w:numId="8" w16cid:durableId="1740135499">
    <w:abstractNumId w:val="1"/>
  </w:num>
  <w:num w:numId="9" w16cid:durableId="256597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0C7"/>
    <w:rsid w:val="00034616"/>
    <w:rsid w:val="0006063C"/>
    <w:rsid w:val="0015074B"/>
    <w:rsid w:val="0029639D"/>
    <w:rsid w:val="00326F90"/>
    <w:rsid w:val="003F06F7"/>
    <w:rsid w:val="004C074A"/>
    <w:rsid w:val="009274A9"/>
    <w:rsid w:val="00A91C7A"/>
    <w:rsid w:val="00AA1D8D"/>
    <w:rsid w:val="00B47730"/>
    <w:rsid w:val="00CB0664"/>
    <w:rsid w:val="00E71FE9"/>
    <w:rsid w:val="00E86B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3092B2D-D5D9-46C0-9B72-596291971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40" w:lineRule="auto"/>
    </w:pPr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Valutazione titoli Referente Crescere Insieme</dc:title>
  <dc:subject/>
  <dc:creator>Istituto Omnicomprensivo dei Monti Dauni</dc:creator>
  <cp:keywords/>
  <dc:description>generated by python-docx</dc:description>
  <cp:lastModifiedBy>Paola D'Agnello</cp:lastModifiedBy>
  <cp:revision>3</cp:revision>
  <dcterms:created xsi:type="dcterms:W3CDTF">2013-12-23T23:15:00Z</dcterms:created>
  <dcterms:modified xsi:type="dcterms:W3CDTF">2026-09-19T09:50:00Z</dcterms:modified>
  <cp:category/>
</cp:coreProperties>
</file>