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47AC" w14:textId="77777777" w:rsidR="00727C72" w:rsidRDefault="00542814">
      <w:pPr>
        <w:spacing w:after="0"/>
        <w:jc w:val="center"/>
      </w:pPr>
      <w:r>
        <w:rPr>
          <w:noProof/>
        </w:rPr>
        <w:drawing>
          <wp:inline distT="0" distB="0" distL="0" distR="0" wp14:anchorId="2C6E2134" wp14:editId="17FCA21B">
            <wp:extent cx="6120000" cy="10532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5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77964" w14:textId="77777777" w:rsidR="005F4D74" w:rsidRDefault="005F4D74">
      <w:pPr>
        <w:spacing w:after="0"/>
        <w:jc w:val="center"/>
        <w:rPr>
          <w:b/>
          <w:color w:val="000000"/>
          <w:sz w:val="22"/>
        </w:rPr>
      </w:pPr>
    </w:p>
    <w:p w14:paraId="471B3DC0" w14:textId="7E075225" w:rsidR="005F4D74" w:rsidRDefault="00C507FA">
      <w:pPr>
        <w:spacing w:after="20"/>
        <w:jc w:val="right"/>
        <w:rPr>
          <w:b/>
          <w:color w:val="000000"/>
        </w:rPr>
      </w:pPr>
      <w:r w:rsidRPr="00AE75E0">
        <w:rPr>
          <w:noProof/>
        </w:rPr>
        <w:drawing>
          <wp:inline distT="0" distB="0" distL="0" distR="0" wp14:anchorId="79E758DD" wp14:editId="3B490734">
            <wp:extent cx="5622758" cy="1482179"/>
            <wp:effectExtent l="0" t="0" r="0" b="0"/>
            <wp:docPr id="21353795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04" cy="149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2F1DF" w14:textId="78F95D7A" w:rsidR="005F4D74" w:rsidRDefault="005F4D74" w:rsidP="00C507FA">
      <w:pPr>
        <w:tabs>
          <w:tab w:val="left" w:pos="2109"/>
        </w:tabs>
        <w:spacing w:after="20"/>
        <w:jc w:val="center"/>
        <w:rPr>
          <w:b/>
          <w:color w:val="000000"/>
        </w:rPr>
      </w:pPr>
    </w:p>
    <w:p w14:paraId="3E140CC5" w14:textId="3A2E8D63" w:rsidR="00727C72" w:rsidRDefault="00542814">
      <w:pPr>
        <w:spacing w:after="20"/>
        <w:jc w:val="right"/>
      </w:pPr>
      <w:r>
        <w:rPr>
          <w:b/>
          <w:color w:val="000000"/>
        </w:rPr>
        <w:t>ALLEGATO 1</w:t>
      </w:r>
    </w:p>
    <w:p w14:paraId="223ABEB4" w14:textId="77777777" w:rsidR="00727C72" w:rsidRDefault="00542814">
      <w:pPr>
        <w:jc w:val="right"/>
      </w:pPr>
      <w:r>
        <w:rPr>
          <w:color w:val="000000"/>
          <w:sz w:val="18"/>
        </w:rPr>
        <w:t>Al Dirigente scolastico</w:t>
      </w:r>
      <w:r>
        <w:rPr>
          <w:color w:val="000000"/>
          <w:sz w:val="18"/>
        </w:rPr>
        <w:br/>
        <w:t>Istituto Omnicomprensivo dei Monti Dauni</w:t>
      </w:r>
    </w:p>
    <w:p w14:paraId="1823133B" w14:textId="77777777" w:rsidR="005F4D74" w:rsidRDefault="005F4D74">
      <w:pPr>
        <w:spacing w:after="40"/>
        <w:jc w:val="both"/>
        <w:rPr>
          <w:b/>
          <w:color w:val="000000"/>
          <w:sz w:val="16"/>
        </w:rPr>
      </w:pPr>
    </w:p>
    <w:p w14:paraId="2CFB27B1" w14:textId="77777777" w:rsidR="005F4D74" w:rsidRDefault="005F4D74">
      <w:pPr>
        <w:spacing w:after="40"/>
        <w:jc w:val="both"/>
        <w:rPr>
          <w:b/>
          <w:color w:val="000000"/>
          <w:sz w:val="16"/>
        </w:rPr>
      </w:pPr>
    </w:p>
    <w:p w14:paraId="42B2D0C3" w14:textId="14A58565" w:rsidR="00727C72" w:rsidRDefault="00542814">
      <w:pPr>
        <w:spacing w:after="40"/>
        <w:jc w:val="both"/>
      </w:pPr>
      <w:proofErr w:type="spellStart"/>
      <w:r>
        <w:rPr>
          <w:b/>
          <w:color w:val="000000"/>
          <w:sz w:val="16"/>
        </w:rPr>
        <w:t>Fondi</w:t>
      </w:r>
      <w:proofErr w:type="spellEnd"/>
      <w:r>
        <w:rPr>
          <w:b/>
          <w:color w:val="000000"/>
          <w:sz w:val="16"/>
        </w:rPr>
        <w:t xml:space="preserve"> </w:t>
      </w:r>
      <w:proofErr w:type="spellStart"/>
      <w:r>
        <w:rPr>
          <w:b/>
          <w:color w:val="000000"/>
          <w:sz w:val="16"/>
        </w:rPr>
        <w:t>Strutturali</w:t>
      </w:r>
      <w:proofErr w:type="spellEnd"/>
      <w:r>
        <w:rPr>
          <w:b/>
          <w:color w:val="000000"/>
          <w:sz w:val="16"/>
        </w:rPr>
        <w:t xml:space="preserve"> </w:t>
      </w:r>
      <w:proofErr w:type="spellStart"/>
      <w:r>
        <w:rPr>
          <w:b/>
          <w:color w:val="000000"/>
          <w:sz w:val="16"/>
        </w:rPr>
        <w:t>Europei</w:t>
      </w:r>
      <w:proofErr w:type="spellEnd"/>
      <w:r>
        <w:rPr>
          <w:b/>
          <w:color w:val="000000"/>
          <w:sz w:val="16"/>
        </w:rPr>
        <w:t xml:space="preserve"> - </w:t>
      </w:r>
      <w:proofErr w:type="spellStart"/>
      <w:r>
        <w:rPr>
          <w:b/>
          <w:color w:val="000000"/>
          <w:sz w:val="16"/>
        </w:rPr>
        <w:t>Programma</w:t>
      </w:r>
      <w:proofErr w:type="spellEnd"/>
      <w:r>
        <w:rPr>
          <w:b/>
          <w:color w:val="000000"/>
          <w:sz w:val="16"/>
        </w:rPr>
        <w:t xml:space="preserve"> Nazionale “Scuola e competenze” 2021-2027 - Fondo sociale europeo plus FSE+ - Priorità 01 - Obiettivo specifico ESO4.6 - Azione ESO4.</w:t>
      </w:r>
      <w:proofErr w:type="gramStart"/>
      <w:r>
        <w:rPr>
          <w:b/>
          <w:color w:val="000000"/>
          <w:sz w:val="16"/>
        </w:rPr>
        <w:t>6.A</w:t>
      </w:r>
      <w:proofErr w:type="gramEnd"/>
      <w:r>
        <w:rPr>
          <w:b/>
          <w:color w:val="000000"/>
          <w:sz w:val="16"/>
        </w:rPr>
        <w:t>4 - Sottoazione ESO4.</w:t>
      </w:r>
      <w:proofErr w:type="gramStart"/>
      <w:r>
        <w:rPr>
          <w:b/>
          <w:color w:val="000000"/>
          <w:sz w:val="16"/>
        </w:rPr>
        <w:t>6.A4.A</w:t>
      </w:r>
      <w:proofErr w:type="gramEnd"/>
      <w:r>
        <w:rPr>
          <w:b/>
          <w:color w:val="000000"/>
          <w:sz w:val="16"/>
        </w:rPr>
        <w:t xml:space="preserve"> - Avviso pubblico prot. n. 112894 dell'11 maggio 2026, “Percorsi per il potenziamento delle competenze, l'inclusione e la socialità nel periodo di sospensione estiva delle lezioni”.</w:t>
      </w:r>
    </w:p>
    <w:p w14:paraId="38DB8CCF" w14:textId="5CAB51D8" w:rsidR="005F4D74" w:rsidRDefault="00542814" w:rsidP="00DD7357">
      <w:pPr>
        <w:rPr>
          <w:color w:val="000000"/>
          <w:sz w:val="17"/>
        </w:rPr>
      </w:pPr>
      <w:r>
        <w:rPr>
          <w:b/>
          <w:color w:val="000000"/>
          <w:sz w:val="17"/>
        </w:rPr>
        <w:t xml:space="preserve">CUP: </w:t>
      </w:r>
      <w:r>
        <w:rPr>
          <w:color w:val="000000"/>
          <w:sz w:val="17"/>
        </w:rPr>
        <w:t>I84D26003100007</w:t>
      </w:r>
      <w:r>
        <w:rPr>
          <w:b/>
          <w:color w:val="000000"/>
          <w:sz w:val="17"/>
        </w:rPr>
        <w:t xml:space="preserve">   Codice progetto: </w:t>
      </w:r>
      <w:r>
        <w:rPr>
          <w:color w:val="000000"/>
          <w:sz w:val="17"/>
        </w:rPr>
        <w:t>ESO4.</w:t>
      </w:r>
      <w:proofErr w:type="gramStart"/>
      <w:r>
        <w:rPr>
          <w:color w:val="000000"/>
          <w:sz w:val="17"/>
        </w:rPr>
        <w:t>6.A4.A</w:t>
      </w:r>
      <w:proofErr w:type="gramEnd"/>
      <w:r>
        <w:rPr>
          <w:color w:val="000000"/>
          <w:sz w:val="17"/>
        </w:rPr>
        <w:t>-FSEPN-PU-2026-762</w:t>
      </w:r>
      <w:r>
        <w:rPr>
          <w:b/>
          <w:color w:val="000000"/>
          <w:sz w:val="17"/>
        </w:rPr>
        <w:t xml:space="preserve">   Titolo </w:t>
      </w:r>
      <w:proofErr w:type="spellStart"/>
      <w:r>
        <w:rPr>
          <w:b/>
          <w:color w:val="000000"/>
          <w:sz w:val="17"/>
        </w:rPr>
        <w:t>progetto</w:t>
      </w:r>
      <w:proofErr w:type="spellEnd"/>
      <w:r>
        <w:rPr>
          <w:b/>
          <w:color w:val="000000"/>
          <w:sz w:val="17"/>
        </w:rPr>
        <w:t xml:space="preserve">: </w:t>
      </w:r>
      <w:proofErr w:type="spellStart"/>
      <w:r>
        <w:rPr>
          <w:color w:val="000000"/>
          <w:sz w:val="17"/>
        </w:rPr>
        <w:t>Crescere</w:t>
      </w:r>
      <w:proofErr w:type="spellEnd"/>
      <w:r>
        <w:rPr>
          <w:color w:val="000000"/>
          <w:sz w:val="17"/>
        </w:rPr>
        <w:t xml:space="preserve"> </w:t>
      </w:r>
      <w:proofErr w:type="spellStart"/>
      <w:r>
        <w:rPr>
          <w:color w:val="000000"/>
          <w:sz w:val="17"/>
        </w:rPr>
        <w:t>Insieme</w:t>
      </w:r>
      <w:proofErr w:type="spellEnd"/>
    </w:p>
    <w:p w14:paraId="5F140320" w14:textId="77777777" w:rsidR="00DD7357" w:rsidRPr="00DD7357" w:rsidRDefault="00DD7357" w:rsidP="00DD7357"/>
    <w:p w14:paraId="4B91ED8D" w14:textId="5E38353F" w:rsidR="00727C72" w:rsidRDefault="00542814">
      <w:pPr>
        <w:pStyle w:val="Titolo"/>
        <w:spacing w:after="100"/>
        <w:jc w:val="center"/>
        <w:rPr>
          <w:rFonts w:ascii="Arial" w:hAnsi="Arial"/>
          <w:b/>
          <w:sz w:val="26"/>
        </w:rPr>
      </w:pPr>
      <w:proofErr w:type="spellStart"/>
      <w:r>
        <w:rPr>
          <w:rFonts w:ascii="Arial" w:hAnsi="Arial"/>
          <w:b/>
          <w:sz w:val="26"/>
        </w:rPr>
        <w:t>D</w:t>
      </w:r>
      <w:r>
        <w:rPr>
          <w:rFonts w:ascii="Arial" w:hAnsi="Arial"/>
          <w:b/>
          <w:sz w:val="26"/>
        </w:rPr>
        <w:t>omanda</w:t>
      </w:r>
      <w:proofErr w:type="spellEnd"/>
      <w:r>
        <w:rPr>
          <w:rFonts w:ascii="Arial" w:hAnsi="Arial"/>
          <w:b/>
          <w:sz w:val="26"/>
        </w:rPr>
        <w:t xml:space="preserve"> di </w:t>
      </w:r>
      <w:proofErr w:type="spellStart"/>
      <w:r>
        <w:rPr>
          <w:rFonts w:ascii="Arial" w:hAnsi="Arial"/>
          <w:b/>
          <w:sz w:val="26"/>
        </w:rPr>
        <w:t>partecipazione</w:t>
      </w:r>
      <w:proofErr w:type="spellEnd"/>
      <w:r>
        <w:rPr>
          <w:rFonts w:ascii="Arial" w:hAnsi="Arial"/>
          <w:b/>
          <w:sz w:val="26"/>
        </w:rPr>
        <w:t xml:space="preserve"> alla </w:t>
      </w:r>
      <w:proofErr w:type="spellStart"/>
      <w:r>
        <w:rPr>
          <w:rFonts w:ascii="Arial" w:hAnsi="Arial"/>
          <w:b/>
          <w:sz w:val="26"/>
        </w:rPr>
        <w:t>selezione</w:t>
      </w:r>
      <w:proofErr w:type="spellEnd"/>
      <w:r>
        <w:rPr>
          <w:rFonts w:ascii="Arial" w:hAnsi="Arial"/>
          <w:b/>
          <w:sz w:val="26"/>
        </w:rPr>
        <w:t xml:space="preserve"> del </w:t>
      </w:r>
      <w:proofErr w:type="spellStart"/>
      <w:r>
        <w:rPr>
          <w:rFonts w:ascii="Arial" w:hAnsi="Arial"/>
          <w:b/>
          <w:sz w:val="26"/>
        </w:rPr>
        <w:t>Referente</w:t>
      </w:r>
      <w:proofErr w:type="spellEnd"/>
      <w:r>
        <w:rPr>
          <w:rFonts w:ascii="Arial" w:hAnsi="Arial"/>
          <w:b/>
          <w:sz w:val="26"/>
        </w:rPr>
        <w:t xml:space="preserve"> di </w:t>
      </w:r>
      <w:r w:rsidR="005F4D74">
        <w:rPr>
          <w:rFonts w:ascii="Arial" w:hAnsi="Arial"/>
          <w:b/>
          <w:sz w:val="26"/>
        </w:rPr>
        <w:t>Progetto</w:t>
      </w:r>
    </w:p>
    <w:p w14:paraId="2CDAD48A" w14:textId="77777777" w:rsidR="005F4D74" w:rsidRPr="005F4D74" w:rsidRDefault="005F4D74" w:rsidP="005F4D74"/>
    <w:p w14:paraId="38532AD7" w14:textId="77777777" w:rsidR="00727C72" w:rsidRDefault="00542814">
      <w:pPr>
        <w:spacing w:after="20"/>
      </w:pPr>
      <w:r>
        <w:rPr>
          <w:color w:val="000000"/>
          <w:sz w:val="18"/>
        </w:rPr>
        <w:t>Il/La sottoscritto/</w:t>
      </w:r>
      <w:proofErr w:type="gramStart"/>
      <w:r>
        <w:rPr>
          <w:color w:val="000000"/>
          <w:sz w:val="18"/>
        </w:rPr>
        <w:t>a __</w:t>
      </w:r>
      <w:proofErr w:type="gramEnd"/>
      <w:r>
        <w:rPr>
          <w:color w:val="000000"/>
          <w:sz w:val="18"/>
        </w:rPr>
        <w:t>________________________________ nato/a a _________________________________ il ................</w:t>
      </w:r>
    </w:p>
    <w:p w14:paraId="699F542B" w14:textId="77777777" w:rsidR="00727C72" w:rsidRDefault="00542814">
      <w:pPr>
        <w:spacing w:after="20"/>
      </w:pPr>
      <w:r>
        <w:rPr>
          <w:color w:val="000000"/>
          <w:sz w:val="18"/>
        </w:rPr>
        <w:t>residente a __________________________________________ indirizzo ................................</w:t>
      </w:r>
    </w:p>
    <w:p w14:paraId="206CDC33" w14:textId="77777777" w:rsidR="00727C72" w:rsidRDefault="00542814">
      <w:pPr>
        <w:spacing w:after="20"/>
      </w:pPr>
      <w:r>
        <w:rPr>
          <w:color w:val="000000"/>
          <w:sz w:val="18"/>
        </w:rPr>
        <w:t>codice fiscale _______________________________________ telefono ..............................</w:t>
      </w:r>
    </w:p>
    <w:p w14:paraId="0B485D8F" w14:textId="77777777" w:rsidR="00727C72" w:rsidRDefault="00542814">
      <w:pPr>
        <w:spacing w:after="20"/>
      </w:pPr>
      <w:r>
        <w:rPr>
          <w:color w:val="000000"/>
          <w:sz w:val="18"/>
        </w:rPr>
        <w:t>e-mail / PEC ........................................................................</w:t>
      </w:r>
    </w:p>
    <w:p w14:paraId="7239DFEF" w14:textId="77777777" w:rsidR="00727C72" w:rsidRDefault="00542814">
      <w:pPr>
        <w:jc w:val="center"/>
      </w:pPr>
      <w:r>
        <w:rPr>
          <w:b/>
          <w:color w:val="000000"/>
          <w:sz w:val="23"/>
        </w:rPr>
        <w:t>CHIEDE</w:t>
      </w:r>
    </w:p>
    <w:p w14:paraId="01312CEB" w14:textId="7052666A" w:rsidR="00727C72" w:rsidRDefault="00542814" w:rsidP="00C507FA">
      <w:pPr>
        <w:jc w:val="both"/>
      </w:pPr>
      <w:r>
        <w:t xml:space="preserve">di partecipare alla procedura interna per la selezione di n. 1 docente cui </w:t>
      </w:r>
      <w:proofErr w:type="spellStart"/>
      <w:r>
        <w:t>conferire</w:t>
      </w:r>
      <w:proofErr w:type="spellEnd"/>
      <w:r>
        <w:t xml:space="preserve"> </w:t>
      </w:r>
      <w:proofErr w:type="spellStart"/>
      <w:r>
        <w:t>l’incarico</w:t>
      </w:r>
      <w:proofErr w:type="spellEnd"/>
      <w:r>
        <w:t xml:space="preserve"> di</w:t>
      </w:r>
      <w:r w:rsidR="00C507FA">
        <w:t xml:space="preserve"> </w:t>
      </w:r>
      <w:r>
        <w:rPr>
          <w:b/>
          <w:color w:val="000000"/>
          <w:sz w:val="21"/>
        </w:rPr>
        <w:t>REFERENTE DEL PROGETTO “CRESCERE INSIEME”</w:t>
      </w:r>
    </w:p>
    <w:p w14:paraId="5694DB15" w14:textId="77777777" w:rsidR="00727C72" w:rsidRDefault="00542814">
      <w:pPr>
        <w:jc w:val="center"/>
      </w:pPr>
      <w:r>
        <w:rPr>
          <w:b/>
          <w:color w:val="000000"/>
          <w:sz w:val="23"/>
        </w:rPr>
        <w:t>DICHIARA</w:t>
      </w:r>
    </w:p>
    <w:p w14:paraId="27A598D0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essere docente interno in servizio presso l’Istituto Omnicomprensivo dei Monti Dauni, con contratto ☐ a tempo indeterminato  ☐ a tempo determinato;</w:t>
      </w:r>
    </w:p>
    <w:p w14:paraId="16E41CE3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possedere i requisiti generali e specifici previsti dall’Avviso per l’incarico di Referente di progetto;</w:t>
      </w:r>
    </w:p>
    <w:p w14:paraId="4834E238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avere la cittadinanza italiana o di uno Stato membro dell’Unione europea, fatte salve le equiparazioni previste dalla legge;</w:t>
      </w:r>
    </w:p>
    <w:p w14:paraId="2FD74933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godere dei diritti civili e politici e di non essere escluso/a dall’elettorato politico attivo;</w:t>
      </w:r>
    </w:p>
    <w:p w14:paraId="711FEE9C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possedere l’idoneità fisica allo svolgimento dell’incarico;</w:t>
      </w:r>
    </w:p>
    <w:p w14:paraId="7111C2A4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non avere riportato condanne penali e di non essere destinatario/a di provvedimenti incompatibili con un rapporto con la pubblica amministrazione;</w:t>
      </w:r>
    </w:p>
    <w:p w14:paraId="5165040A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non essere stato/a destituito/a, dispensato/a, dichiarato/a decaduto/a o licenziato/a da un impiego presso una pubblica amministrazione nei casi previsti dalla legge;</w:t>
      </w:r>
    </w:p>
    <w:p w14:paraId="2B58D438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non trovarsi in situazioni di incompatibilità o conflitto di interessi, anche potenziale, rispetto all’incarico;</w:t>
      </w:r>
    </w:p>
    <w:p w14:paraId="09D220FE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avere preso visione integrale dell’avviso e di accettarne tutte le condizioni;</w:t>
      </w:r>
    </w:p>
    <w:p w14:paraId="5D487009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garantire la disponibilità per l’intera durata dell’incarico, al di fuori dell’orario di servizio, nel rispetto del cronoprogramma e degli obblighi del Programma Nazionale;</w:t>
      </w:r>
    </w:p>
    <w:p w14:paraId="3EFEF936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possedere competenze organizzative, relazionali e digitali adeguate ai compiti di coordinamento, monitoraggio e documentazione previsti dall’Avviso;</w:t>
      </w:r>
    </w:p>
    <w:p w14:paraId="56AB74B1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di autorizzare il trattamento dei dati personali ai sensi del Regolamento (UE) 2016/679 e del d.lgs. 196/2003.</w:t>
      </w:r>
    </w:p>
    <w:p w14:paraId="0AA88F9B" w14:textId="77777777" w:rsidR="00727C72" w:rsidRDefault="00542814">
      <w:r>
        <w:rPr>
          <w:b/>
          <w:color w:val="000000"/>
          <w:sz w:val="18"/>
        </w:rPr>
        <w:t>Allega:</w:t>
      </w:r>
    </w:p>
    <w:p w14:paraId="7F99F6F6" w14:textId="4D698920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</w:t>
      </w:r>
      <w:proofErr w:type="spellStart"/>
      <w:r>
        <w:rPr>
          <w:color w:val="000000"/>
          <w:sz w:val="17"/>
        </w:rPr>
        <w:t>All</w:t>
      </w:r>
      <w:r w:rsidR="005F4D74">
        <w:rPr>
          <w:color w:val="000000"/>
          <w:sz w:val="17"/>
        </w:rPr>
        <w:t>egato</w:t>
      </w:r>
      <w:proofErr w:type="spellEnd"/>
      <w:r>
        <w:rPr>
          <w:color w:val="000000"/>
          <w:sz w:val="17"/>
        </w:rPr>
        <w:t xml:space="preserve"> 2 - </w:t>
      </w:r>
      <w:proofErr w:type="spellStart"/>
      <w:r>
        <w:rPr>
          <w:color w:val="000000"/>
          <w:sz w:val="17"/>
        </w:rPr>
        <w:t>scheda</w:t>
      </w:r>
      <w:proofErr w:type="spellEnd"/>
      <w:r>
        <w:rPr>
          <w:color w:val="000000"/>
          <w:sz w:val="17"/>
        </w:rPr>
        <w:t xml:space="preserve"> di valutazione dei titoli compilata e sottoscritta;</w:t>
      </w:r>
    </w:p>
    <w:p w14:paraId="50A42A69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Allegato 3 - dichiarazione di insussistenza delle cause di incompatibilità e di conflitto di interessi;</w:t>
      </w:r>
    </w:p>
    <w:p w14:paraId="44FBDF7A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curriculum vitae in formato europeo, datato e firmato;</w:t>
      </w:r>
    </w:p>
    <w:p w14:paraId="0DB9234A" w14:textId="77777777" w:rsidR="00727C72" w:rsidRDefault="00542814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copia del documento di identità in corso di validità, se necessaria;</w:t>
      </w:r>
    </w:p>
    <w:p w14:paraId="1E6B324C" w14:textId="7B79FF75" w:rsidR="00DD7357" w:rsidRDefault="00542814" w:rsidP="00DD7357">
      <w:pPr>
        <w:pStyle w:val="Puntoelenco"/>
        <w:spacing w:after="30"/>
        <w:ind w:left="312" w:hanging="142"/>
        <w:jc w:val="both"/>
      </w:pPr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ogni </w:t>
      </w:r>
      <w:proofErr w:type="spellStart"/>
      <w:r>
        <w:rPr>
          <w:color w:val="000000"/>
          <w:sz w:val="17"/>
        </w:rPr>
        <w:t>ulteriore</w:t>
      </w:r>
      <w:proofErr w:type="spellEnd"/>
      <w:r>
        <w:rPr>
          <w:color w:val="000000"/>
          <w:sz w:val="17"/>
        </w:rPr>
        <w:t xml:space="preserve"> </w:t>
      </w:r>
      <w:proofErr w:type="spellStart"/>
      <w:r>
        <w:rPr>
          <w:color w:val="000000"/>
          <w:sz w:val="17"/>
        </w:rPr>
        <w:t>documentazione</w:t>
      </w:r>
      <w:proofErr w:type="spellEnd"/>
      <w:r>
        <w:rPr>
          <w:color w:val="000000"/>
          <w:sz w:val="17"/>
        </w:rPr>
        <w:t xml:space="preserve"> </w:t>
      </w:r>
      <w:proofErr w:type="spellStart"/>
      <w:r>
        <w:rPr>
          <w:color w:val="000000"/>
          <w:sz w:val="17"/>
        </w:rPr>
        <w:t>richiesta</w:t>
      </w:r>
      <w:proofErr w:type="spellEnd"/>
      <w:r>
        <w:rPr>
          <w:color w:val="000000"/>
          <w:sz w:val="17"/>
        </w:rPr>
        <w:t xml:space="preserve"> </w:t>
      </w:r>
      <w:proofErr w:type="spellStart"/>
      <w:r>
        <w:rPr>
          <w:color w:val="000000"/>
          <w:sz w:val="17"/>
        </w:rPr>
        <w:t>dall’Avviso</w:t>
      </w:r>
      <w:proofErr w:type="spellEnd"/>
      <w:r>
        <w:rPr>
          <w:color w:val="000000"/>
          <w:sz w:val="17"/>
        </w:rPr>
        <w:t>.</w:t>
      </w:r>
    </w:p>
    <w:p w14:paraId="0E58A7CD" w14:textId="77777777" w:rsidR="00727C72" w:rsidRDefault="00542814">
      <w:pPr>
        <w:spacing w:before="100"/>
      </w:pPr>
      <w:r>
        <w:rPr>
          <w:color w:val="000000"/>
          <w:sz w:val="18"/>
        </w:rPr>
        <w:t>Luogo e data ........................................................        Firma ........................................................</w:t>
      </w:r>
    </w:p>
    <w:sectPr w:rsidR="00727C72" w:rsidSect="00C507FA">
      <w:footerReference w:type="default" r:id="rId10"/>
      <w:pgSz w:w="11906" w:h="16838"/>
      <w:pgMar w:top="426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91B68" w14:textId="77777777" w:rsidR="00542814" w:rsidRDefault="00542814">
      <w:pPr>
        <w:spacing w:after="0"/>
      </w:pPr>
      <w:r>
        <w:separator/>
      </w:r>
    </w:p>
  </w:endnote>
  <w:endnote w:type="continuationSeparator" w:id="0">
    <w:p w14:paraId="4BFEFEE3" w14:textId="77777777" w:rsidR="00542814" w:rsidRDefault="005428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9628" w14:textId="77777777" w:rsidR="00727C72" w:rsidRDefault="00542814">
    <w:pPr>
      <w:pStyle w:val="Pidipagina"/>
      <w:jc w:val="center"/>
    </w:pPr>
    <w:proofErr w:type="spellStart"/>
    <w:r>
      <w:rPr>
        <w:color w:val="000000"/>
        <w:sz w:val="15"/>
      </w:rPr>
      <w:t>Crescere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Insieme</w:t>
    </w:r>
    <w:proofErr w:type="spellEnd"/>
    <w:r>
      <w:rPr>
        <w:color w:val="000000"/>
        <w:sz w:val="15"/>
      </w:rPr>
      <w:t xml:space="preserve"> | CUP I84D26003100007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475D" w14:textId="77777777" w:rsidR="00542814" w:rsidRDefault="00542814">
      <w:pPr>
        <w:spacing w:after="0"/>
      </w:pPr>
      <w:r>
        <w:separator/>
      </w:r>
    </w:p>
  </w:footnote>
  <w:footnote w:type="continuationSeparator" w:id="0">
    <w:p w14:paraId="5CEBFEAB" w14:textId="77777777" w:rsidR="00542814" w:rsidRDefault="005428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9004839">
    <w:abstractNumId w:val="8"/>
  </w:num>
  <w:num w:numId="2" w16cid:durableId="833956386">
    <w:abstractNumId w:val="6"/>
  </w:num>
  <w:num w:numId="3" w16cid:durableId="292488834">
    <w:abstractNumId w:val="5"/>
  </w:num>
  <w:num w:numId="4" w16cid:durableId="1850413420">
    <w:abstractNumId w:val="4"/>
  </w:num>
  <w:num w:numId="5" w16cid:durableId="758595677">
    <w:abstractNumId w:val="7"/>
  </w:num>
  <w:num w:numId="6" w16cid:durableId="1986200603">
    <w:abstractNumId w:val="3"/>
  </w:num>
  <w:num w:numId="7" w16cid:durableId="901989631">
    <w:abstractNumId w:val="2"/>
  </w:num>
  <w:num w:numId="8" w16cid:durableId="1716269010">
    <w:abstractNumId w:val="1"/>
  </w:num>
  <w:num w:numId="9" w16cid:durableId="130543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2814"/>
    <w:rsid w:val="005F4D74"/>
    <w:rsid w:val="00727C72"/>
    <w:rsid w:val="009274A9"/>
    <w:rsid w:val="00AA1D8D"/>
    <w:rsid w:val="00B47730"/>
    <w:rsid w:val="00C507FA"/>
    <w:rsid w:val="00CB0664"/>
    <w:rsid w:val="00DD73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3092B2D-D5D9-46C0-9B72-59629197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Domanda Referente Crescere Insieme</dc:title>
  <dc:subject/>
  <dc:creator>Istituto Omnicomprensivo dei Monti Dauni</dc:creator>
  <cp:keywords/>
  <dc:description>generated by python-docx</dc:description>
  <cp:lastModifiedBy>Paola D'Agnello</cp:lastModifiedBy>
  <cp:revision>4</cp:revision>
  <dcterms:created xsi:type="dcterms:W3CDTF">2013-12-23T23:15:00Z</dcterms:created>
  <dcterms:modified xsi:type="dcterms:W3CDTF">2026-09-19T09:47:00Z</dcterms:modified>
  <cp:category/>
</cp:coreProperties>
</file>